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40" w:lineRule="auto"/>
        <w:jc w:val="center"/>
        <w:rPr/>
      </w:pPr>
      <w:r w:rsidDel="00000000" w:rsidR="00000000" w:rsidRPr="00000000">
        <w:rPr>
          <w:b w:val="1"/>
          <w:bCs w:val="1"/>
          <w:color w:val="1f4e79"/>
          <w:sz w:val="26"/>
          <w:szCs w:val="26"/>
          <w:rtl w:val="0"/>
        </w:rPr>
        <w:t xml:space="preserve">СТУДИЈСКИ ПРОГРАМ СРПСКОГ ЈЕЗИКА И КЊИЖЕВНОСТИ — 1. ГОДИНА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00" w:lineRule="auto"/>
        <w:jc w:val="center"/>
        <w:rPr/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Распоред часова — зимски семестар академске 2026/2027. године</w:t>
      </w:r>
      <w:r w:rsidDel="00000000" w:rsidR="00000000" w:rsidRPr="00000000">
        <w:rPr>
          <w:rtl w:val="0"/>
        </w:rPr>
      </w:r>
    </w:p>
    <w:tbl>
      <w:tblPr>
        <w:tblStyle w:val="Table1"/>
        <w:tblW w:w="14920.0" w:type="dxa"/>
        <w:jc w:val="center"/>
        <w:tblLayout w:type="fixed"/>
        <w:tblLook w:val="0400"/>
      </w:tblPr>
      <w:tblGrid>
        <w:gridCol w:w="2984"/>
        <w:gridCol w:w="2984"/>
        <w:gridCol w:w="2984"/>
        <w:gridCol w:w="2984"/>
        <w:gridCol w:w="2984"/>
        <w:tblGridChange w:id="0">
          <w:tblGrid>
            <w:gridCol w:w="2984"/>
            <w:gridCol w:w="2984"/>
            <w:gridCol w:w="2984"/>
            <w:gridCol w:w="2984"/>
            <w:gridCol w:w="2984"/>
          </w:tblGrid>
        </w:tblGridChange>
      </w:tblGrid>
      <w:tr>
        <w:trPr>
          <w:cantSplit w:val="0"/>
          <w:tblHeader w:val="0"/>
        </w:trPr>
        <w:tc>
          <w:tcPr>
            <w:shd w:fill="1f4e78" w:val="clear"/>
            <w:vAlign w:val="center"/>
          </w:tcPr>
          <w:p w:rsidR="00000000" w:rsidDel="00000000" w:rsidP="00000000" w:rsidRDefault="00000000" w:rsidRPr="00000000" w14:paraId="00000003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Понедјељак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Уторак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Сриједа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Четвртак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Петак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49.0991210937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8">
            <w:pPr>
              <w:keepLines w:val="1"/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10:00–11:30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Историјска фонетика српског језика</w:t>
              <w:br w:type="textWrapping"/>
              <w:t xml:space="preserve">П — проф. др Биљана Бабић</w:t>
              <w:br w:type="textWrapping"/>
              <w:t xml:space="preserve">Учионица 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Lines w:val="1"/>
              <w:spacing w:after="60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13:15–15:30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Руски језик 1</w:t>
              <w:br w:type="textWrapping"/>
              <w:t xml:space="preserve">П+В — проф. др Биљана Марић</w:t>
              <w:br w:type="textWrapping"/>
              <w:t xml:space="preserve">Учионица 2</w:t>
            </w:r>
          </w:p>
          <w:p w:rsidR="00000000" w:rsidDel="00000000" w:rsidP="00000000" w:rsidRDefault="00000000" w:rsidRPr="00000000" w14:paraId="0000000A">
            <w:pPr>
              <w:spacing w:after="0" w:line="240" w:lineRule="auto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15.30-16.15</w:t>
            </w:r>
          </w:p>
          <w:p w:rsidR="00000000" w:rsidDel="00000000" w:rsidP="00000000" w:rsidRDefault="00000000" w:rsidRPr="00000000" w14:paraId="0000000B">
            <w:pPr>
              <w:spacing w:after="0" w:line="240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Историјска фонетика српског језика, В, В. Берак, уч. 2</w:t>
            </w:r>
          </w:p>
          <w:p w:rsidR="00000000" w:rsidDel="00000000" w:rsidP="00000000" w:rsidRDefault="00000000" w:rsidRPr="00000000" w14:paraId="0000000C">
            <w:pPr>
              <w:spacing w:after="0" w:line="240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D">
            <w:pPr>
              <w:spacing w:after="0" w:line="240" w:lineRule="auto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16.15-17.45</w:t>
            </w:r>
          </w:p>
          <w:p w:rsidR="00000000" w:rsidDel="00000000" w:rsidP="00000000" w:rsidRDefault="00000000" w:rsidRPr="00000000" w14:paraId="0000000E">
            <w:pPr>
              <w:spacing w:after="0" w:line="240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Старословенски језик 1, В, В. Берак, уч. 2</w:t>
            </w:r>
          </w:p>
          <w:p w:rsidR="00000000" w:rsidDel="00000000" w:rsidP="00000000" w:rsidRDefault="00000000" w:rsidRPr="00000000" w14:paraId="0000000F">
            <w:pPr>
              <w:keepLines w:val="1"/>
              <w:spacing w:after="60" w:lineRule="auto"/>
              <w:rPr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0">
            <w:pPr>
              <w:spacing w:after="0" w:line="240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14:00–15:30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Теорија књижевности 1</w:t>
              <w:br w:type="textWrapping"/>
              <w:t xml:space="preserve">В — мр Валентина Милекић Ковачић</w:t>
              <w:br w:type="textWrapping"/>
              <w:t xml:space="preserve">Читаоница</w:t>
            </w:r>
          </w:p>
          <w:p w:rsidR="00000000" w:rsidDel="00000000" w:rsidP="00000000" w:rsidRDefault="00000000" w:rsidRPr="00000000" w14:paraId="00000011">
            <w:pPr>
              <w:keepLines w:val="1"/>
              <w:spacing w:after="60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Lines w:val="1"/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15:30–17:00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Увод у општу лингвистику</w:t>
              <w:br w:type="textWrapping"/>
              <w:t xml:space="preserve">П — проф. др Мијана Кубурић Мацура</w:t>
              <w:br w:type="textWrapping"/>
              <w:t xml:space="preserve">Учионица 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3">
            <w:pPr>
              <w:keepLines w:val="1"/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08:30–10:00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Теорија књижевности 1</w:t>
              <w:br w:type="textWrapping"/>
              <w:t xml:space="preserve">П — доц. др Данијел Дојчиновић</w:t>
              <w:br w:type="textWrapping"/>
              <w:t xml:space="preserve">Учионица 9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Lines w:val="1"/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10:30–12:00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Српска средњовјековна књижевност 1</w:t>
              <w:br w:type="textWrapping"/>
              <w:t xml:space="preserve">П — проф. др Славица Васиљевић Илић</w:t>
              <w:br w:type="textWrapping"/>
              <w:t xml:space="preserve">Учионица 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Lines w:val="1"/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13:00–16:00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Српска народна књижевност 1</w:t>
              <w:br w:type="textWrapping"/>
              <w:t xml:space="preserve">П+В — проф. др Јеленка Пандуревић</w:t>
              <w:br w:type="textWrapping"/>
              <w:t xml:space="preserve">Учионица 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6">
            <w:pPr>
              <w:keepLines w:val="1"/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08:00–09:30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Старословенски језик 1</w:t>
              <w:br w:type="textWrapping"/>
              <w:t xml:space="preserve">П — проф. др Зорица Никитовић</w:t>
              <w:br w:type="textWrapping"/>
              <w:t xml:space="preserve">Учионица 9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Lines w:val="1"/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11:00–12:30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Српска средњовјековна књижевност 1</w:t>
              <w:br w:type="textWrapping"/>
              <w:t xml:space="preserve">В — доц. др Данијел Дојчиновић</w:t>
              <w:br w:type="textWrapping"/>
              <w:t xml:space="preserve">Учионица 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8">
            <w:pPr>
              <w:keepLines w:val="1"/>
              <w:spacing w:after="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40" w:lineRule="auto"/>
        <w:jc w:val="center"/>
        <w:rPr/>
      </w:pPr>
      <w:r w:rsidDel="00000000" w:rsidR="00000000" w:rsidRPr="00000000">
        <w:rPr>
          <w:b w:val="1"/>
          <w:bCs w:val="1"/>
          <w:color w:val="1f4e79"/>
          <w:sz w:val="26"/>
          <w:szCs w:val="26"/>
          <w:rtl w:val="0"/>
        </w:rPr>
        <w:t xml:space="preserve">СТУДИЈСКИ ПРОГРАМ СРПСКОГ ЈЕЗИКА И КЊИЖЕВНОСТИ — 2. ГОДИНА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00" w:lineRule="auto"/>
        <w:jc w:val="center"/>
        <w:rPr/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Распоред часова — зимски семестар академске 2026/2027. године</w:t>
      </w:r>
      <w:r w:rsidDel="00000000" w:rsidR="00000000" w:rsidRPr="00000000">
        <w:rPr>
          <w:rtl w:val="0"/>
        </w:rPr>
      </w:r>
    </w:p>
    <w:tbl>
      <w:tblPr>
        <w:tblStyle w:val="Table2"/>
        <w:tblW w:w="14920.0" w:type="dxa"/>
        <w:jc w:val="center"/>
        <w:tblLayout w:type="fixed"/>
        <w:tblLook w:val="0400"/>
      </w:tblPr>
      <w:tblGrid>
        <w:gridCol w:w="2984"/>
        <w:gridCol w:w="2984"/>
        <w:gridCol w:w="2984"/>
        <w:gridCol w:w="2984"/>
        <w:gridCol w:w="2984"/>
        <w:tblGridChange w:id="0">
          <w:tblGrid>
            <w:gridCol w:w="2984"/>
            <w:gridCol w:w="2984"/>
            <w:gridCol w:w="2984"/>
            <w:gridCol w:w="2984"/>
            <w:gridCol w:w="2984"/>
          </w:tblGrid>
        </w:tblGridChange>
      </w:tblGrid>
      <w:tr>
        <w:trPr>
          <w:cantSplit w:val="0"/>
          <w:tblHeader w:val="0"/>
        </w:trPr>
        <w:tc>
          <w:tcPr>
            <w:shd w:fill="1f4e78" w:val="clear"/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Понедјељак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Уторак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Сриједа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Четвртак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Петак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1">
            <w:pPr>
              <w:keepLines w:val="1"/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09:30–11:00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Дубровачка пасторална драма</w:t>
              <w:br w:type="textWrapping"/>
              <w:t xml:space="preserve">П — проф. др Мирјана Арежина</w:t>
              <w:br w:type="textWrapping"/>
              <w:t xml:space="preserve">Учионица 9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Lines w:val="1"/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11:00–12:30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Српска књижевност ренесансе</w:t>
              <w:br w:type="textWrapping"/>
              <w:t xml:space="preserve">В — проф. др Мирјана Арежина</w:t>
              <w:br w:type="textWrapping"/>
              <w:t xml:space="preserve">Учионица 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3">
            <w:pPr>
              <w:keepLines w:val="1"/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11:00–12:30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Српска књижевност од барока до класицизма</w:t>
              <w:br w:type="textWrapping"/>
              <w:t xml:space="preserve">В — проф. др Душко Певуља</w:t>
              <w:br w:type="textWrapping"/>
              <w:t xml:space="preserve">Читаоница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Lines w:val="1"/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12:30–14:00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Српска књижевност од барока до класицизма</w:t>
              <w:br w:type="textWrapping"/>
              <w:t xml:space="preserve">П — проф. др Душко Певуља</w:t>
              <w:br w:type="textWrapping"/>
              <w:t xml:space="preserve">Учионица 9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Lines w:val="1"/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14:00–16:15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Општа књижевност 2</w:t>
              <w:br w:type="textWrapping"/>
              <w:t xml:space="preserve">П — проф. др Игор Симановић</w:t>
              <w:br w:type="textWrapping"/>
              <w:t xml:space="preserve">Учионица 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6">
            <w:pPr>
              <w:keepLines w:val="1"/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09:00–10:30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Преводна књижевност</w:t>
              <w:br w:type="textWrapping"/>
              <w:t xml:space="preserve">П — проф. др Славица Васиљевић Илић</w:t>
              <w:br w:type="textWrapping"/>
              <w:t xml:space="preserve">Учионица 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Lines w:val="1"/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14:30–16:00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Општа књижевност 2</w:t>
              <w:br w:type="textWrapping"/>
              <w:t xml:space="preserve">В — проф. др Игор Симановић</w:t>
              <w:br w:type="textWrapping"/>
              <w:t xml:space="preserve">Учионица 9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Lines w:val="1"/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16:00–17:30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Словеначки језик</w:t>
              <w:br w:type="textWrapping"/>
              <w:t xml:space="preserve"> — Магда Лојк </w:t>
              <w:br w:type="textWrapping"/>
              <w:t xml:space="preserve">Учионица 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9">
            <w:pPr>
              <w:keepLines w:val="1"/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09:30–11:00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Српска књижевност ренесансе</w:t>
              <w:br w:type="textWrapping"/>
              <w:t xml:space="preserve">П — проф. др Мирјана Арежина</w:t>
              <w:br w:type="textWrapping"/>
              <w:t xml:space="preserve">Учионица 9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Lines w:val="1"/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11:00–12:30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Фонологија и акцентологија српског језика</w:t>
              <w:br w:type="textWrapping"/>
              <w:t xml:space="preserve">В — проф. др Слађана Цукут</w:t>
              <w:br w:type="textWrapping"/>
              <w:t xml:space="preserve">Учионица 9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Lines w:val="1"/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13:15–14:45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Фонологија и акцентологија</w:t>
              <w:br w:type="textWrapping"/>
              <w:t xml:space="preserve">П — проф. др Драгомир Козомара</w:t>
              <w:br w:type="textWrapping"/>
              <w:t xml:space="preserve">Учионица 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C">
            <w:pPr>
              <w:keepLines w:val="1"/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09:00–10:30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Историјска морфологија српског језика 2</w:t>
              <w:br w:type="textWrapping"/>
              <w:t xml:space="preserve">П — Б. Бабић</w:t>
              <w:br w:type="textWrapping"/>
              <w:t xml:space="preserve">Учионица 9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Lines w:val="1"/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10:30–12:00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Историјска морфологија српског језика 2</w:t>
              <w:br w:type="textWrapping"/>
              <w:t xml:space="preserve">В — В. Берак</w:t>
              <w:br w:type="textWrapping"/>
              <w:t xml:space="preserve">Учионица 9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40" w:lineRule="auto"/>
        <w:jc w:val="left"/>
        <w:rPr/>
      </w:pPr>
      <w:r w:rsidDel="00000000" w:rsidR="00000000" w:rsidRPr="00000000">
        <w:rPr>
          <w:b w:val="1"/>
          <w:bCs w:val="1"/>
          <w:color w:val="1f4e79"/>
          <w:sz w:val="26"/>
          <w:szCs w:val="26"/>
          <w:rtl w:val="0"/>
        </w:rPr>
        <w:t xml:space="preserve">СТУДИЈСКИ ПРОГРАМ СРПСКОГ ЈЕЗИКА И КЊИЖЕВНОСТИ — 3. ГОДИНА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100" w:lineRule="auto"/>
        <w:jc w:val="center"/>
        <w:rPr/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Распоред часова — зимски семестар академске 2026/2027. године</w:t>
      </w:r>
      <w:r w:rsidDel="00000000" w:rsidR="00000000" w:rsidRPr="00000000">
        <w:rPr>
          <w:rtl w:val="0"/>
        </w:rPr>
      </w:r>
    </w:p>
    <w:tbl>
      <w:tblPr>
        <w:tblStyle w:val="Table3"/>
        <w:tblW w:w="14920.0" w:type="dxa"/>
        <w:jc w:val="center"/>
        <w:tblLayout w:type="fixed"/>
        <w:tblLook w:val="0400"/>
      </w:tblPr>
      <w:tblGrid>
        <w:gridCol w:w="2984"/>
        <w:gridCol w:w="2984"/>
        <w:gridCol w:w="2984"/>
        <w:gridCol w:w="2984"/>
        <w:gridCol w:w="2984"/>
        <w:tblGridChange w:id="0">
          <w:tblGrid>
            <w:gridCol w:w="2984"/>
            <w:gridCol w:w="2984"/>
            <w:gridCol w:w="2984"/>
            <w:gridCol w:w="2984"/>
            <w:gridCol w:w="2984"/>
          </w:tblGrid>
        </w:tblGridChange>
      </w:tblGrid>
      <w:tr>
        <w:trPr>
          <w:cantSplit w:val="0"/>
          <w:tblHeader w:val="0"/>
        </w:trPr>
        <w:tc>
          <w:tcPr>
            <w:shd w:fill="1f4e78" w:val="clear"/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Понедјељак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vAlign w:val="center"/>
          </w:tcPr>
          <w:p w:rsidR="00000000" w:rsidDel="00000000" w:rsidP="00000000" w:rsidRDefault="00000000" w:rsidRPr="00000000" w14:paraId="0000003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Уторак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vAlign w:val="center"/>
          </w:tcPr>
          <w:p w:rsidR="00000000" w:rsidDel="00000000" w:rsidP="00000000" w:rsidRDefault="00000000" w:rsidRPr="00000000" w14:paraId="00000033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Сриједа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Четвртак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vAlign w:val="center"/>
          </w:tcPr>
          <w:p w:rsidR="00000000" w:rsidDel="00000000" w:rsidP="00000000" w:rsidRDefault="00000000" w:rsidRPr="00000000" w14:paraId="0000003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Петак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6">
            <w:pPr>
              <w:keepLines w:val="1"/>
              <w:spacing w:after="60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13:30–15:00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Лексикологија српског језика</w:t>
              <w:br w:type="textWrapping"/>
              <w:t xml:space="preserve">П — проф. др Дијана Црњак</w:t>
              <w:br w:type="textWrapping"/>
              <w:t xml:space="preserve">Учионица 10</w:t>
            </w:r>
          </w:p>
          <w:p w:rsidR="00000000" w:rsidDel="00000000" w:rsidP="00000000" w:rsidRDefault="00000000" w:rsidRPr="00000000" w14:paraId="00000037">
            <w:pPr>
              <w:keepLines w:val="1"/>
              <w:spacing w:after="60" w:lineRule="auto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15:00-17:00</w:t>
            </w:r>
          </w:p>
          <w:p w:rsidR="00000000" w:rsidDel="00000000" w:rsidP="00000000" w:rsidRDefault="00000000" w:rsidRPr="00000000" w14:paraId="00000038">
            <w:pPr>
              <w:keepLines w:val="1"/>
              <w:spacing w:after="60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Педагогија</w:t>
            </w:r>
          </w:p>
          <w:p w:rsidR="00000000" w:rsidDel="00000000" w:rsidP="00000000" w:rsidRDefault="00000000" w:rsidRPr="00000000" w14:paraId="00000039">
            <w:pPr>
              <w:keepLines w:val="1"/>
              <w:spacing w:after="60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П - проф. др Небојша Мацановић</w:t>
            </w:r>
          </w:p>
          <w:p w:rsidR="00000000" w:rsidDel="00000000" w:rsidP="00000000" w:rsidRDefault="00000000" w:rsidRPr="00000000" w14:paraId="0000003A">
            <w:pPr>
              <w:keepLines w:val="1"/>
              <w:spacing w:after="60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Учионица 10</w:t>
            </w:r>
          </w:p>
          <w:p w:rsidR="00000000" w:rsidDel="00000000" w:rsidP="00000000" w:rsidRDefault="00000000" w:rsidRPr="00000000" w14:paraId="0000003B">
            <w:pPr>
              <w:keepLines w:val="1"/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17:00–18:30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Књижевна морфологија</w:t>
              <w:br w:type="textWrapping"/>
              <w:t xml:space="preserve">П — проф. др Игор Симановић</w:t>
              <w:br w:type="textWrapping"/>
              <w:t xml:space="preserve">Учионица 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C">
            <w:pPr>
              <w:keepLines w:val="1"/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09:30–11:00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Српска књижевност романтизма</w:t>
              <w:br w:type="textWrapping"/>
              <w:t xml:space="preserve">В — проф. др Душко Певуља</w:t>
              <w:br w:type="textWrapping"/>
              <w:t xml:space="preserve">Читаоница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Lines w:val="1"/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11:00–12:30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Српска књижевност романтизма</w:t>
              <w:br w:type="textWrapping"/>
              <w:t xml:space="preserve">П — проф. др Душко Певуља</w:t>
              <w:br w:type="textWrapping"/>
              <w:t xml:space="preserve">Учионица 9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Lines w:val="1"/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14:30–16:45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Морфологија српског језика</w:t>
              <w:br w:type="textWrapping"/>
              <w:t xml:space="preserve">В — доц. др Горан Милашин</w:t>
              <w:br w:type="textWrapping"/>
              <w:t xml:space="preserve">Учионица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F">
            <w:pPr>
              <w:keepLines w:val="1"/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10:00–11:30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Лексикологија српског језика</w:t>
              <w:br w:type="textWrapping"/>
              <w:t xml:space="preserve">В — С. Леро Максимовић</w:t>
              <w:br w:type="textWrapping"/>
              <w:t xml:space="preserve">Учионица 9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Lines w:val="1"/>
              <w:spacing w:after="60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11:30–13:00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Дијалектологија српског језика 1</w:t>
              <w:br w:type="textWrapping"/>
              <w:t xml:space="preserve">П — проф. др Драгомир Козомара</w:t>
              <w:br w:type="textWrapping"/>
              <w:t xml:space="preserve">Учионица 9</w:t>
            </w:r>
          </w:p>
          <w:p w:rsidR="00000000" w:rsidDel="00000000" w:rsidP="00000000" w:rsidRDefault="00000000" w:rsidRPr="00000000" w14:paraId="00000041">
            <w:pPr>
              <w:keepLines w:val="1"/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14:00–15:30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Морфологија српског језика</w:t>
              <w:br w:type="textWrapping"/>
              <w:t xml:space="preserve">П — доц. др Горан Милашин</w:t>
              <w:br w:type="textWrapping"/>
              <w:t xml:space="preserve">Учионица 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Lines w:val="1"/>
              <w:spacing w:after="60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3">
            <w:pPr>
              <w:keepLines w:val="1"/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08:45–09:30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Дијалектологија српског језика 1</w:t>
              <w:br w:type="textWrapping"/>
              <w:t xml:space="preserve">В — проф. Слађана Цукут</w:t>
              <w:br w:type="textWrapping"/>
              <w:t xml:space="preserve">Учионица 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Lines w:val="1"/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09:30–11:00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Упоредна граматика словенских језика 1</w:t>
              <w:br w:type="textWrapping"/>
              <w:t xml:space="preserve">П — проф. др Зорица Никитовић</w:t>
              <w:br w:type="textWrapping"/>
              <w:t xml:space="preserve">Учионица 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Lines w:val="1"/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13:00–14:30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Српска књижевност у БиХ</w:t>
              <w:br w:type="textWrapping"/>
              <w:t xml:space="preserve">П — проф. др Младенко Саџак</w:t>
              <w:br w:type="textWrapping"/>
              <w:t xml:space="preserve">Учионица 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7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40" w:lineRule="auto"/>
        <w:jc w:val="center"/>
        <w:rPr/>
      </w:pPr>
      <w:r w:rsidDel="00000000" w:rsidR="00000000" w:rsidRPr="00000000">
        <w:rPr>
          <w:b w:val="1"/>
          <w:bCs w:val="1"/>
          <w:color w:val="1f4e79"/>
          <w:sz w:val="26"/>
          <w:szCs w:val="26"/>
          <w:rtl w:val="0"/>
        </w:rPr>
        <w:t xml:space="preserve">СТУДИЈСКИ ПРОГРАМ СРПСКОГ ЈЕЗИКА И КЊИЖЕВНОСТИ — 4. ГОДИНА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100" w:lineRule="auto"/>
        <w:jc w:val="center"/>
        <w:rPr/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Распоред часова — зимски семестар академске 2026/2027. године</w:t>
      </w:r>
      <w:r w:rsidDel="00000000" w:rsidR="00000000" w:rsidRPr="00000000">
        <w:rPr>
          <w:rtl w:val="0"/>
        </w:rPr>
      </w:r>
    </w:p>
    <w:tbl>
      <w:tblPr>
        <w:tblStyle w:val="Table4"/>
        <w:tblW w:w="14920.0" w:type="dxa"/>
        <w:jc w:val="center"/>
        <w:tblLayout w:type="fixed"/>
        <w:tblLook w:val="0400"/>
      </w:tblPr>
      <w:tblGrid>
        <w:gridCol w:w="2984"/>
        <w:gridCol w:w="2984"/>
        <w:gridCol w:w="2984"/>
        <w:gridCol w:w="2984"/>
        <w:gridCol w:w="2984"/>
        <w:tblGridChange w:id="0">
          <w:tblGrid>
            <w:gridCol w:w="2984"/>
            <w:gridCol w:w="2984"/>
            <w:gridCol w:w="2984"/>
            <w:gridCol w:w="2984"/>
            <w:gridCol w:w="2984"/>
          </w:tblGrid>
        </w:tblGridChange>
      </w:tblGrid>
      <w:tr>
        <w:trPr>
          <w:cantSplit w:val="0"/>
          <w:tblHeader w:val="0"/>
        </w:trPr>
        <w:tc>
          <w:tcPr>
            <w:shd w:fill="1f4e78" w:val="clear"/>
            <w:vAlign w:val="center"/>
          </w:tcPr>
          <w:p w:rsidR="00000000" w:rsidDel="00000000" w:rsidP="00000000" w:rsidRDefault="00000000" w:rsidRPr="00000000" w14:paraId="0000004A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Понедјељак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vAlign w:val="center"/>
          </w:tcPr>
          <w:p w:rsidR="00000000" w:rsidDel="00000000" w:rsidP="00000000" w:rsidRDefault="00000000" w:rsidRPr="00000000" w14:paraId="0000004B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Уторак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vAlign w:val="center"/>
          </w:tcPr>
          <w:p w:rsidR="00000000" w:rsidDel="00000000" w:rsidP="00000000" w:rsidRDefault="00000000" w:rsidRPr="00000000" w14:paraId="0000004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Сриједа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vAlign w:val="center"/>
          </w:tcPr>
          <w:p w:rsidR="00000000" w:rsidDel="00000000" w:rsidP="00000000" w:rsidRDefault="00000000" w:rsidRPr="00000000" w14:paraId="0000004D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Четвртак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vAlign w:val="center"/>
          </w:tcPr>
          <w:p w:rsidR="00000000" w:rsidDel="00000000" w:rsidP="00000000" w:rsidRDefault="00000000" w:rsidRPr="00000000" w14:paraId="0000004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Петак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F">
            <w:pPr>
              <w:keepLines w:val="1"/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10:30–12:00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Синтакса српског језика 1</w:t>
              <w:br w:type="textWrapping"/>
              <w:t xml:space="preserve">П — проф. др Дијана Црњак</w:t>
              <w:br w:type="textWrapping"/>
              <w:t xml:space="preserve">Учионица 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Lines w:val="1"/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13:30–15:00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Српска књижевна критика и есејистика 20. вијека</w:t>
              <w:br w:type="textWrapping"/>
              <w:t xml:space="preserve">П — доц. др Андреја Марић</w:t>
              <w:br w:type="textWrapping"/>
              <w:t xml:space="preserve">Читаоница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Lines w:val="1"/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15:00–17:15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Стилистика српског језика 1</w:t>
              <w:br w:type="textWrapping"/>
              <w:t xml:space="preserve">П+В — доц. др Горан Милашин</w:t>
              <w:br w:type="textWrapping"/>
              <w:t xml:space="preserve">Учионица 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2">
            <w:pPr>
              <w:keepLines w:val="1"/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09:30–12:30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Српска проза 20. вијека</w:t>
              <w:br w:type="textWrapping"/>
              <w:t xml:space="preserve">П — проф. др Ранко Поповић</w:t>
              <w:br w:type="textWrapping"/>
              <w:t xml:space="preserve">Учионица 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Lines w:val="1"/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13:00–15:15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Методика наставе српског језика и књижевности 2</w:t>
              <w:br w:type="textWrapping"/>
              <w:t xml:space="preserve">П+В — проф. др Нина Говедар</w:t>
              <w:br w:type="textWrapping"/>
              <w:t xml:space="preserve">Учионица 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4">
            <w:pPr>
              <w:keepLines w:val="1"/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11:15–13:30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Методика наставе српског језика и књижевности 2</w:t>
              <w:br w:type="textWrapping"/>
              <w:t xml:space="preserve">В — проф. др Нина Говедар</w:t>
              <w:br w:type="textWrapping"/>
              <w:t xml:space="preserve">Читаоница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Lines w:val="1"/>
              <w:spacing w:after="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6">
            <w:pPr>
              <w:keepLines w:val="1"/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12:00–14:15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Српска проза 20. вијека</w:t>
              <w:br w:type="textWrapping"/>
              <w:t xml:space="preserve">В — доц. др Андреја Марић</w:t>
              <w:br w:type="textWrapping"/>
              <w:t xml:space="preserve">Читаоница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keepLines w:val="1"/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14:30–16:00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Синтакса српског језика 1</w:t>
              <w:br w:type="textWrapping"/>
              <w:t xml:space="preserve">В — доц. др Горан Милашин</w:t>
              <w:br w:type="textWrapping"/>
              <w:t xml:space="preserve">Учионица 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8">
            <w:pPr>
              <w:keepLines w:val="1"/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16:00–18:15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Компаративно проучавање јужнословенских књижевности 1</w:t>
              <w:br w:type="textWrapping"/>
              <w:t xml:space="preserve">П — проф. др Саша Шмуља</w:t>
              <w:br w:type="textWrapping"/>
              <w:t xml:space="preserve">Учионица 10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9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40" w:lineRule="auto"/>
        <w:jc w:val="center"/>
        <w:rPr/>
      </w:pPr>
      <w:r w:rsidDel="00000000" w:rsidR="00000000" w:rsidRPr="00000000">
        <w:rPr>
          <w:b w:val="1"/>
          <w:bCs w:val="1"/>
          <w:color w:val="1f4e79"/>
          <w:sz w:val="26"/>
          <w:szCs w:val="26"/>
          <w:rtl w:val="0"/>
        </w:rPr>
        <w:t xml:space="preserve">СТУДИЈСКИ ПРОГРАМ СРПСКОГ ЈЕЗИКА И КЊИЖЕВНОСТИ — УЧИОНИЦА 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after="100" w:lineRule="auto"/>
        <w:jc w:val="center"/>
        <w:rPr/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Распоред часова — зимски семестар академске 2026/2027. године</w:t>
      </w:r>
      <w:r w:rsidDel="00000000" w:rsidR="00000000" w:rsidRPr="00000000">
        <w:rPr>
          <w:rtl w:val="0"/>
        </w:rPr>
      </w:r>
    </w:p>
    <w:tbl>
      <w:tblPr>
        <w:tblStyle w:val="Table5"/>
        <w:tblW w:w="14920.0" w:type="dxa"/>
        <w:jc w:val="center"/>
        <w:tblLayout w:type="fixed"/>
        <w:tblLook w:val="0400"/>
      </w:tblPr>
      <w:tblGrid>
        <w:gridCol w:w="2984"/>
        <w:gridCol w:w="2984"/>
        <w:gridCol w:w="2984"/>
        <w:gridCol w:w="2984"/>
        <w:gridCol w:w="2984"/>
        <w:tblGridChange w:id="0">
          <w:tblGrid>
            <w:gridCol w:w="2984"/>
            <w:gridCol w:w="2984"/>
            <w:gridCol w:w="2984"/>
            <w:gridCol w:w="2984"/>
            <w:gridCol w:w="2984"/>
          </w:tblGrid>
        </w:tblGridChange>
      </w:tblGrid>
      <w:tr>
        <w:trPr>
          <w:cantSplit w:val="0"/>
          <w:tblHeader w:val="0"/>
        </w:trPr>
        <w:tc>
          <w:tcPr>
            <w:shd w:fill="1f4e78" w:val="clear"/>
            <w:vAlign w:val="center"/>
          </w:tcPr>
          <w:p w:rsidR="00000000" w:rsidDel="00000000" w:rsidP="00000000" w:rsidRDefault="00000000" w:rsidRPr="00000000" w14:paraId="0000005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Понедјељак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vAlign w:val="center"/>
          </w:tcPr>
          <w:p w:rsidR="00000000" w:rsidDel="00000000" w:rsidP="00000000" w:rsidRDefault="00000000" w:rsidRPr="00000000" w14:paraId="0000005D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Уторак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vAlign w:val="center"/>
          </w:tcPr>
          <w:p w:rsidR="00000000" w:rsidDel="00000000" w:rsidP="00000000" w:rsidRDefault="00000000" w:rsidRPr="00000000" w14:paraId="0000005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Сриједа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vAlign w:val="center"/>
          </w:tcPr>
          <w:p w:rsidR="00000000" w:rsidDel="00000000" w:rsidP="00000000" w:rsidRDefault="00000000" w:rsidRPr="00000000" w14:paraId="0000005F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Четвртак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vAlign w:val="center"/>
          </w:tcPr>
          <w:p w:rsidR="00000000" w:rsidDel="00000000" w:rsidP="00000000" w:rsidRDefault="00000000" w:rsidRPr="00000000" w14:paraId="0000006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Петак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1">
            <w:pPr>
              <w:keepLines w:val="1"/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09:30–11:00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Дубровачка пасторална драма (2. година)</w:t>
              <w:br w:type="textWrapping"/>
              <w:t xml:space="preserve">П — проф. др Мирјана Арежина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keepLines w:val="1"/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11:00–12:30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Српска књижевност ренесансе (2. година)</w:t>
              <w:br w:type="textWrapping"/>
              <w:t xml:space="preserve">В — проф. др Мирјана Арежина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keepLines w:val="1"/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12:30–14:00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Енглески језик и књижевност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keepLines w:val="1"/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15:00–17:15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Стилистика српског језика 1 (4. година)</w:t>
              <w:br w:type="textWrapping"/>
              <w:t xml:space="preserve">П+В — доц. др Горан Милашин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5">
            <w:pPr>
              <w:keepLines w:val="1"/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11:00–12:30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Српска књижевност романтизма (3. година)</w:t>
              <w:br w:type="textWrapping"/>
              <w:t xml:space="preserve">П — проф. др Душко Певуља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keepLines w:val="1"/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12:30–14:00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Српска књижевност од барока до класицизма (2. година)</w:t>
              <w:br w:type="textWrapping"/>
              <w:t xml:space="preserve">П — проф. др Душко Певуља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keepLines w:val="1"/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14:00–16:15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Општа књижевност 2 (2. година)</w:t>
              <w:br w:type="textWrapping"/>
              <w:t xml:space="preserve">П — проф. др Игор Симановић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8">
            <w:pPr>
              <w:keepLines w:val="1"/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08:30–10:00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Теорија књижевности 1 (1. година)</w:t>
              <w:br w:type="textWrapping"/>
              <w:t xml:space="preserve">П — доц. др Данијел Дојчиновић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keepLines w:val="1"/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10:00–11:30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Лексикологија српског језика (3. година)</w:t>
              <w:br w:type="textWrapping"/>
              <w:t xml:space="preserve">В — С. Леро Максимовић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keepLines w:val="1"/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11:30–13:00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Дијалектологија српског језика 1 (3. година)</w:t>
              <w:br w:type="textWrapping"/>
              <w:t xml:space="preserve">П — проф. др Драгомир Козомара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keepLines w:val="1"/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13:00–14:30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Синтакса руског језика 2 (4. година)</w:t>
              <w:br w:type="textWrapping"/>
              <w:t xml:space="preserve">В — Наташа Кецман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keepLines w:val="1"/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14:30–16:00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Општа књижевност 2 (2. година)</w:t>
              <w:br w:type="textWrapping"/>
              <w:t xml:space="preserve">В — проф. др Игор Симановић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D">
            <w:pPr>
              <w:keepLines w:val="1"/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08:00–09:30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Старословенски језик 1 (1. година)</w:t>
              <w:br w:type="textWrapping"/>
              <w:t xml:space="preserve">П — проф. др Зорица Никитовић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keepLines w:val="1"/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09:30–11:00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Српска књижевност ренесансе (2. година)</w:t>
              <w:br w:type="textWrapping"/>
              <w:t xml:space="preserve">П — проф. др Мирјана Арежина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keepLines w:val="1"/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11:00–12:30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Фонологија и акцентологија српског језика (2. година)</w:t>
              <w:br w:type="textWrapping"/>
              <w:t xml:space="preserve">В — проф. др Слађана Цукут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keepLines w:val="1"/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13:15–14:45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Фонологија и акцентологија (2. година)</w:t>
              <w:br w:type="textWrapping"/>
              <w:t xml:space="preserve">П — проф. др Драгомир Козомара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1">
            <w:pPr>
              <w:keepLines w:val="1"/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09:00–10:30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Историјска морфологија српског језика 2 (2. година)</w:t>
              <w:br w:type="textWrapping"/>
              <w:t xml:space="preserve">П — Б. Бабић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keepLines w:val="1"/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10:30–12:00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Историјска морфологија српског језика 2 (2. година)</w:t>
              <w:br w:type="textWrapping"/>
              <w:t xml:space="preserve">В — В. Берак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3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after="40" w:lineRule="auto"/>
        <w:jc w:val="center"/>
        <w:rPr/>
      </w:pPr>
      <w:r w:rsidDel="00000000" w:rsidR="00000000" w:rsidRPr="00000000">
        <w:rPr>
          <w:b w:val="1"/>
          <w:bCs w:val="1"/>
          <w:color w:val="1f4e79"/>
          <w:sz w:val="26"/>
          <w:szCs w:val="26"/>
          <w:rtl w:val="0"/>
        </w:rPr>
        <w:t xml:space="preserve">СТУДИЈСКИ ПРОГРАМ СРПСКОГ ЈЕЗИКА И КЊИЖЕВНОСТИ — УЧИОНИЦА 10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after="100" w:lineRule="auto"/>
        <w:jc w:val="center"/>
        <w:rPr/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Распоред часова — зимски семестар академске 2026/2027. године</w:t>
      </w:r>
      <w:r w:rsidDel="00000000" w:rsidR="00000000" w:rsidRPr="00000000">
        <w:rPr>
          <w:rtl w:val="0"/>
        </w:rPr>
      </w:r>
    </w:p>
    <w:tbl>
      <w:tblPr>
        <w:tblStyle w:val="Table6"/>
        <w:tblW w:w="14920.0" w:type="dxa"/>
        <w:jc w:val="center"/>
        <w:tblLayout w:type="fixed"/>
        <w:tblLook w:val="0400"/>
      </w:tblPr>
      <w:tblGrid>
        <w:gridCol w:w="2984"/>
        <w:gridCol w:w="2984"/>
        <w:gridCol w:w="2984"/>
        <w:gridCol w:w="2984"/>
        <w:gridCol w:w="2984"/>
        <w:tblGridChange w:id="0">
          <w:tblGrid>
            <w:gridCol w:w="2984"/>
            <w:gridCol w:w="2984"/>
            <w:gridCol w:w="2984"/>
            <w:gridCol w:w="2984"/>
            <w:gridCol w:w="2984"/>
          </w:tblGrid>
        </w:tblGridChange>
      </w:tblGrid>
      <w:tr>
        <w:trPr>
          <w:cantSplit w:val="0"/>
          <w:tblHeader w:val="0"/>
        </w:trPr>
        <w:tc>
          <w:tcPr>
            <w:shd w:fill="1f4e78" w:val="clear"/>
            <w:vAlign w:val="center"/>
          </w:tcPr>
          <w:p w:rsidR="00000000" w:rsidDel="00000000" w:rsidP="00000000" w:rsidRDefault="00000000" w:rsidRPr="00000000" w14:paraId="0000007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Понедјељак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vAlign w:val="center"/>
          </w:tcPr>
          <w:p w:rsidR="00000000" w:rsidDel="00000000" w:rsidP="00000000" w:rsidRDefault="00000000" w:rsidRPr="00000000" w14:paraId="0000007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Уторак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vAlign w:val="center"/>
          </w:tcPr>
          <w:p w:rsidR="00000000" w:rsidDel="00000000" w:rsidP="00000000" w:rsidRDefault="00000000" w:rsidRPr="00000000" w14:paraId="0000007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Сриједа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vAlign w:val="center"/>
          </w:tcPr>
          <w:p w:rsidR="00000000" w:rsidDel="00000000" w:rsidP="00000000" w:rsidRDefault="00000000" w:rsidRPr="00000000" w14:paraId="00000079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Четвртак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vAlign w:val="center"/>
          </w:tcPr>
          <w:p w:rsidR="00000000" w:rsidDel="00000000" w:rsidP="00000000" w:rsidRDefault="00000000" w:rsidRPr="00000000" w14:paraId="0000007A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Петак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B">
            <w:pPr>
              <w:keepLines w:val="1"/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10:00–11:30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Историјска фонетика српског језика (1. година)</w:t>
              <w:br w:type="textWrapping"/>
              <w:t xml:space="preserve">П — проф. др Биљана Бабић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keepLines w:val="1"/>
              <w:spacing w:after="60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13:30–15:00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Лексикологија српског језика (3. година)</w:t>
              <w:br w:type="textWrapping"/>
              <w:t xml:space="preserve">П — проф. др Дијана Црњак</w:t>
            </w:r>
          </w:p>
          <w:p w:rsidR="00000000" w:rsidDel="00000000" w:rsidP="00000000" w:rsidRDefault="00000000" w:rsidRPr="00000000" w14:paraId="0000007D">
            <w:pPr>
              <w:keepLines w:val="1"/>
              <w:spacing w:after="60" w:lineRule="auto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15:00-17:00</w:t>
            </w:r>
          </w:p>
          <w:p w:rsidR="00000000" w:rsidDel="00000000" w:rsidP="00000000" w:rsidRDefault="00000000" w:rsidRPr="00000000" w14:paraId="0000007E">
            <w:pPr>
              <w:keepLines w:val="1"/>
              <w:spacing w:after="60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Педагогија</w:t>
            </w:r>
          </w:p>
          <w:p w:rsidR="00000000" w:rsidDel="00000000" w:rsidP="00000000" w:rsidRDefault="00000000" w:rsidRPr="00000000" w14:paraId="0000007F">
            <w:pPr>
              <w:keepLines w:val="1"/>
              <w:spacing w:after="60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П - проф. др Небојша Мацановић</w:t>
            </w:r>
          </w:p>
          <w:p w:rsidR="00000000" w:rsidDel="00000000" w:rsidP="00000000" w:rsidRDefault="00000000" w:rsidRPr="00000000" w14:paraId="00000080">
            <w:pPr>
              <w:keepLines w:val="1"/>
              <w:spacing w:after="60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Учионица 10</w:t>
            </w:r>
          </w:p>
          <w:p w:rsidR="00000000" w:rsidDel="00000000" w:rsidP="00000000" w:rsidRDefault="00000000" w:rsidRPr="00000000" w14:paraId="00000081">
            <w:pPr>
              <w:keepLines w:val="1"/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17:00–18:30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Књижевна морфологија (3. година)</w:t>
              <w:br w:type="textWrapping"/>
              <w:t xml:space="preserve">П — проф. др Игор Симановић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2">
            <w:pPr>
              <w:keepLines w:val="1"/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09:30–12:30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Српска проза 20. вијека (4. година)</w:t>
              <w:br w:type="textWrapping"/>
              <w:t xml:space="preserve">П — проф. др Ранко Поповић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keepLines w:val="1"/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13:00–15:15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Методика наставе српског језика и књижевности 2 (4. година)</w:t>
              <w:br w:type="textWrapping"/>
              <w:t xml:space="preserve">П+В — проф. др Нина Говедар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keepLines w:val="1"/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15:30–17:00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Увод у општу лингвистику (1. година)</w:t>
              <w:br w:type="textWrapping"/>
              <w:t xml:space="preserve">П — проф. др Мијана Кубурић Мацура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5">
            <w:pPr>
              <w:keepLines w:val="1"/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09:00–10:30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Преводна књижевност (2. година)</w:t>
              <w:br w:type="textWrapping"/>
              <w:t xml:space="preserve">П — проф. др Славица Васиљевић Илић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keepLines w:val="1"/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10:30–12:00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Српска средњовјековна књижевност 1 (1. година)</w:t>
              <w:br w:type="textWrapping"/>
              <w:t xml:space="preserve">П — проф. др Славица Васиљевић Илић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keepLines w:val="1"/>
              <w:spacing w:after="60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13:00–16:00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Српска народна књижевност 1 (1. година)</w:t>
              <w:br w:type="textWrapping"/>
              <w:t xml:space="preserve">П+В — проф. др Јеленка Пандуревић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keepLines w:val="1"/>
              <w:spacing w:after="60" w:lineRule="auto"/>
              <w:rPr>
                <w:b w:val="1"/>
                <w:bCs w:val="1"/>
                <w:color w:val="434343"/>
                <w:sz w:val="14"/>
                <w:szCs w:val="14"/>
              </w:rPr>
            </w:pPr>
            <w:r w:rsidDel="00000000" w:rsidR="00000000" w:rsidRPr="00000000">
              <w:rPr>
                <w:color w:val="434343"/>
                <w:sz w:val="14"/>
                <w:szCs w:val="14"/>
                <w:rtl w:val="0"/>
              </w:rPr>
              <w:t xml:space="preserve">1</w:t>
            </w:r>
            <w:r w:rsidDel="00000000" w:rsidR="00000000" w:rsidRPr="00000000">
              <w:rPr>
                <w:b w:val="1"/>
                <w:bCs w:val="1"/>
                <w:color w:val="434343"/>
                <w:sz w:val="14"/>
                <w:szCs w:val="14"/>
                <w:rtl w:val="0"/>
              </w:rPr>
              <w:t xml:space="preserve">6.00-19.00 </w:t>
            </w:r>
          </w:p>
          <w:p w:rsidR="00000000" w:rsidDel="00000000" w:rsidP="00000000" w:rsidRDefault="00000000" w:rsidRPr="00000000" w14:paraId="00000089">
            <w:pPr>
              <w:keepLines w:val="1"/>
              <w:spacing w:after="60" w:lineRule="auto"/>
              <w:rPr>
                <w:color w:val="434343"/>
                <w:sz w:val="14"/>
                <w:szCs w:val="14"/>
              </w:rPr>
            </w:pPr>
            <w:r w:rsidDel="00000000" w:rsidR="00000000" w:rsidRPr="00000000">
              <w:rPr>
                <w:color w:val="434343"/>
                <w:sz w:val="14"/>
                <w:szCs w:val="14"/>
                <w:rtl w:val="0"/>
              </w:rPr>
              <w:t xml:space="preserve">Словеначки језик, Магда Лојк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A">
            <w:pPr>
              <w:keepLines w:val="1"/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08:45–09:30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Дијалектологија српског језика 1 (3. година)</w:t>
              <w:br w:type="textWrapping"/>
              <w:t xml:space="preserve">В — проф. Слађана Цукут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keepLines w:val="1"/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09:30–11:00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Упоредна граматика словенских језика 1 (3. година)</w:t>
              <w:br w:type="textWrapping"/>
              <w:t xml:space="preserve">П — проф. др Зорица Никитовић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keepLines w:val="1"/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11:00–12:30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Српска средњовјековна књижевност 1 (1. година)</w:t>
              <w:br w:type="textWrapping"/>
              <w:t xml:space="preserve">В — доц. др Данијел Дојчиновић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keepLines w:val="1"/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13:00–14:30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Српска књижевност у БиХ (3. година)</w:t>
              <w:br w:type="textWrapping"/>
              <w:t xml:space="preserve">П — проф. др Младенко Саџак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keepLines w:val="1"/>
              <w:spacing w:after="60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14:30–16:00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Синтакса српског језика 1 (4. година)</w:t>
              <w:br w:type="textWrapping"/>
              <w:t xml:space="preserve">В — доц. др Горан Милашин</w:t>
            </w:r>
          </w:p>
          <w:p w:rsidR="00000000" w:rsidDel="00000000" w:rsidP="00000000" w:rsidRDefault="00000000" w:rsidRPr="00000000" w14:paraId="0000008F">
            <w:pPr>
              <w:keepLines w:val="1"/>
              <w:spacing w:after="60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16.00-19.00</w:t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0">
            <w:pPr>
              <w:keepLines w:val="1"/>
              <w:spacing w:after="60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Словеначки језик, Магда Лојк</w:t>
            </w:r>
          </w:p>
          <w:p w:rsidR="00000000" w:rsidDel="00000000" w:rsidP="00000000" w:rsidRDefault="00000000" w:rsidRPr="00000000" w14:paraId="00000091">
            <w:pPr>
              <w:keepLines w:val="1"/>
              <w:spacing w:after="60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2">
            <w:pPr>
              <w:keepLines w:val="1"/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14:30–16:00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Увод у теорију књижевности (русисти), П, проф. др Саша Шмуља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keepLines w:val="1"/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16:00–18:15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Компаративно проучавање јужнословенских књижевности 1 (4. година)</w:t>
              <w:br w:type="textWrapping"/>
              <w:t xml:space="preserve">П — проф. др Саша Шмуља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4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spacing w:after="40" w:lineRule="auto"/>
        <w:jc w:val="center"/>
        <w:rPr/>
      </w:pPr>
      <w:r w:rsidDel="00000000" w:rsidR="00000000" w:rsidRPr="00000000">
        <w:rPr>
          <w:b w:val="1"/>
          <w:bCs w:val="1"/>
          <w:color w:val="1f4e79"/>
          <w:sz w:val="26"/>
          <w:szCs w:val="26"/>
          <w:rtl w:val="0"/>
        </w:rPr>
        <w:t xml:space="preserve">СТУДИЈСКИ ПРОГРАМ СРПСКОГ ЈЕЗИКА И КЊИЖЕВНОСТИ — ЧИТАОНИЦА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spacing w:after="100" w:lineRule="auto"/>
        <w:jc w:val="center"/>
        <w:rPr/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Распоред часова — зимски семестар академске 2026/2027. године</w:t>
      </w:r>
      <w:r w:rsidDel="00000000" w:rsidR="00000000" w:rsidRPr="00000000">
        <w:rPr>
          <w:rtl w:val="0"/>
        </w:rPr>
      </w:r>
    </w:p>
    <w:tbl>
      <w:tblPr>
        <w:tblStyle w:val="Table7"/>
        <w:tblW w:w="14920.0" w:type="dxa"/>
        <w:jc w:val="center"/>
        <w:tblLayout w:type="fixed"/>
        <w:tblLook w:val="0400"/>
      </w:tblPr>
      <w:tblGrid>
        <w:gridCol w:w="2984"/>
        <w:gridCol w:w="2984"/>
        <w:gridCol w:w="2984"/>
        <w:gridCol w:w="2984"/>
        <w:gridCol w:w="2984"/>
        <w:tblGridChange w:id="0">
          <w:tblGrid>
            <w:gridCol w:w="2984"/>
            <w:gridCol w:w="2984"/>
            <w:gridCol w:w="2984"/>
            <w:gridCol w:w="2984"/>
            <w:gridCol w:w="2984"/>
          </w:tblGrid>
        </w:tblGridChange>
      </w:tblGrid>
      <w:tr>
        <w:trPr>
          <w:cantSplit w:val="0"/>
          <w:trHeight w:val="546.5820312500001" w:hRule="atLeast"/>
          <w:tblHeader w:val="0"/>
        </w:trPr>
        <w:tc>
          <w:tcPr>
            <w:shd w:fill="1f4e78" w:val="clear"/>
            <w:vAlign w:val="center"/>
          </w:tcPr>
          <w:p w:rsidR="00000000" w:rsidDel="00000000" w:rsidP="00000000" w:rsidRDefault="00000000" w:rsidRPr="00000000" w14:paraId="0000009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Понедјељак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vAlign w:val="center"/>
          </w:tcPr>
          <w:p w:rsidR="00000000" w:rsidDel="00000000" w:rsidP="00000000" w:rsidRDefault="00000000" w:rsidRPr="00000000" w14:paraId="0000009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Уторак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vAlign w:val="center"/>
          </w:tcPr>
          <w:p w:rsidR="00000000" w:rsidDel="00000000" w:rsidP="00000000" w:rsidRDefault="00000000" w:rsidRPr="00000000" w14:paraId="00000099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Сриједа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vAlign w:val="center"/>
          </w:tcPr>
          <w:p w:rsidR="00000000" w:rsidDel="00000000" w:rsidP="00000000" w:rsidRDefault="00000000" w:rsidRPr="00000000" w14:paraId="0000009A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Четвртак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vAlign w:val="center"/>
          </w:tcPr>
          <w:p w:rsidR="00000000" w:rsidDel="00000000" w:rsidP="00000000" w:rsidRDefault="00000000" w:rsidRPr="00000000" w14:paraId="0000009B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Петак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C">
            <w:pPr>
              <w:keepLines w:val="1"/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13:30–15:00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Српска књижевна критика и есејистика 20. вијека (4. година)</w:t>
              <w:br w:type="textWrapping"/>
              <w:t xml:space="preserve">П — доц. др Андреја Марић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D">
            <w:pPr>
              <w:keepLines w:val="1"/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09:30–11:00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Српска књижевност романтизма (3. година)</w:t>
              <w:br w:type="textWrapping"/>
              <w:t xml:space="preserve">В — проф. др Душко Певуља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keepLines w:val="1"/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11:00–12:30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Српска књижевност од барока до класицизма (2. година)</w:t>
              <w:br w:type="textWrapping"/>
              <w:t xml:space="preserve">В — проф. др Душко Певуља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keepLines w:val="1"/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14:00–15:30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Теорија књижевности 1 (1. година)</w:t>
              <w:br w:type="textWrapping"/>
              <w:t xml:space="preserve">В — мр Валентина Милекић Ковачић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0">
            <w:pPr>
              <w:keepLines w:val="1"/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09:00–11:15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Српска средњовјековна књижевност, П+В, доц. др Данијел Дојчиновић (русисти)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keepLines w:val="1"/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11:15–13:30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Методика наставе српског језика и књижевности 2 (4. година)</w:t>
              <w:br w:type="textWrapping"/>
              <w:t xml:space="preserve">В — проф. др Нина Говедар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2">
            <w:pPr>
              <w:keepLines w:val="1"/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12:00–14:15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Српска проза 20. вијека (4. година)</w:t>
              <w:br w:type="textWrapping"/>
              <w:t xml:space="preserve">В — доц. др Андреја Марић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3">
            <w:pPr>
              <w:keepLines w:val="1"/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13:30–14:15</w:t>
              <w:br w:type="textWrapping"/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Увод у теорију књижевности, В, мр Валентина Милекић Ковачић (русисти)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sectPr>
      <w:pgSz w:h="12240" w:w="15840" w:orient="landscape"/>
      <w:pgMar w:bottom="504" w:top="504" w:left="461" w:right="46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16"/>
        <w:szCs w:val="16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2HQdAfEzexHsU/1+qH3Tn2rSRw==">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