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numPr>
          <w:ilvl w:val="0"/>
          <w:numId w:val="1"/>
        </w:numPr>
        <w:spacing w:after="60" w:lineRule="auto"/>
        <w:ind w:left="720" w:hanging="360"/>
        <w:rPr>
          <w:b w:val="1"/>
          <w:bCs w:val="1"/>
          <w:color w:val="17324d"/>
          <w:sz w:val="32"/>
          <w:szCs w:val="32"/>
          <w:u w:val="none"/>
        </w:rPr>
      </w:pPr>
      <w:r w:rsidDel="00000000" w:rsidR="00000000" w:rsidRPr="00000000">
        <w:rPr>
          <w:b w:val="1"/>
          <w:bCs w:val="1"/>
          <w:color w:val="17324d"/>
          <w:sz w:val="32"/>
          <w:szCs w:val="32"/>
          <w:rtl w:val="0"/>
        </w:rPr>
        <w:t xml:space="preserve">Јединствени распоред часова — Романистика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Rule="auto"/>
        <w:rPr/>
      </w:pPr>
      <w:r w:rsidDel="00000000" w:rsidR="00000000" w:rsidRPr="00000000">
        <w:rPr>
          <w:color w:val="5b6573"/>
          <w:sz w:val="18"/>
          <w:szCs w:val="18"/>
          <w:rtl w:val="0"/>
        </w:rPr>
        <w:t xml:space="preserve">I семестар академске 2026/2027. године · радни обједињени приказ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rPr/>
      </w:pPr>
      <w:r w:rsidDel="00000000" w:rsidR="00000000" w:rsidRPr="00000000">
        <w:rPr>
          <w:rtl w:val="0"/>
        </w:rPr>
        <w:t xml:space="preserve">Документ обједињује достављене распореде по годинама и по просторијама. За III и IV годину усмјерења су приказана засебно, док су заједнички часови уврштени у оба одговарајућа прегледа.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1"/>
          <w:bCs w:val="1"/>
          <w:color w:val="17324d"/>
          <w:sz w:val="22"/>
          <w:szCs w:val="22"/>
          <w:rtl w:val="0"/>
        </w:rPr>
        <w:t xml:space="preserve">Ставке које треба провјерити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00" w:lineRule="auto"/>
        <w:ind w:left="259" w:firstLine="0"/>
        <w:rPr/>
      </w:pPr>
      <w:r w:rsidDel="00000000" w:rsidR="00000000" w:rsidRPr="00000000">
        <w:rPr>
          <w:b w:val="1"/>
          <w:bCs w:val="1"/>
          <w:rtl w:val="0"/>
        </w:rPr>
        <w:t xml:space="preserve">• Методика наставе италијанског језика 1 — </w:t>
      </w:r>
      <w:r w:rsidDel="00000000" w:rsidR="00000000" w:rsidRPr="00000000">
        <w:rPr>
          <w:rtl w:val="0"/>
        </w:rPr>
        <w:t xml:space="preserve">Распоред IV године: 09:00–11:15; распоред Учионице 1: 08:45–11:00. Задржан је термин из распореда године.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lineRule="auto"/>
        <w:rPr/>
      </w:pPr>
      <w:r w:rsidDel="00000000" w:rsidR="00000000" w:rsidRPr="00000000">
        <w:rPr>
          <w:b w:val="1"/>
          <w:bCs w:val="1"/>
          <w:color w:val="17324d"/>
          <w:sz w:val="32"/>
          <w:szCs w:val="32"/>
          <w:rtl w:val="0"/>
        </w:rPr>
        <w:t xml:space="preserve">СТУДИЈСКИ ПРОГРАМ РОМАНИСТИКЕ — 1.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Rule="auto"/>
        <w:rPr/>
      </w:pPr>
      <w:r w:rsidDel="00000000" w:rsidR="00000000" w:rsidRPr="00000000">
        <w:rPr>
          <w:color w:val="5b6573"/>
          <w:sz w:val="18"/>
          <w:szCs w:val="18"/>
          <w:rtl w:val="0"/>
        </w:rPr>
        <w:t xml:space="preserve">Распоред часова у I семестру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1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0"/>
        </w:trPr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15:00–17:15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Савремени француски језик 1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вјежбе — Николина Ољача, ма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Учионица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17:30–19:45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Савремени италијански језик 1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вјежбе — Росела Монтибелер, ма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Учионица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09:00–10:30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Савремени италијански језик 1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предавања — доц. др Наташа Вученовић Гњато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Учионица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80" w:line="240" w:lineRule="auto"/>
              <w:rPr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12:00–13:30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Романска лингвистика 1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предавања — проф. др Марија Рунић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Учионица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12:00–13:30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Ово је 3. Година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10:30–12:00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Италијанска култура 1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предавања — проф. др Зорана Ковачевић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Учионица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12:00–13:30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Савремени француски језик 1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предавања — проф. др Јовица Микић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Учионица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14:00–15:30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Италијанска култура 1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вјежбе — доц. др Дејан Малчић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Учионица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12:30–14:00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Савремени француски језик 1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вјежбе — Милица Црнобрња, ма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Учионица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14:00–14:45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Француска књижевност 1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вјежбе — Милица Црнобрња, ма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Учионица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14:45–16:15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Увод у теорију књижевности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предавања — доц. др Андреја Марић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Учионица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18:15–19:45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Савремени италијански језик 1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вјежбе — Росела Монтибелер, ма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Учионица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color w:val="96969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60" w:lineRule="auto"/>
        <w:rPr/>
      </w:pPr>
      <w:r w:rsidDel="00000000" w:rsidR="00000000" w:rsidRPr="00000000">
        <w:rPr>
          <w:b w:val="1"/>
          <w:bCs w:val="1"/>
          <w:color w:val="17324d"/>
          <w:sz w:val="32"/>
          <w:szCs w:val="32"/>
          <w:rtl w:val="0"/>
        </w:rPr>
        <w:t xml:space="preserve">СТУДИЈСКИ ПРОГРАМ РОМАНИСТИКЕ — 2.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60" w:lineRule="auto"/>
        <w:rPr/>
      </w:pPr>
      <w:r w:rsidDel="00000000" w:rsidR="00000000" w:rsidRPr="00000000">
        <w:rPr>
          <w:color w:val="5b6573"/>
          <w:sz w:val="18"/>
          <w:szCs w:val="18"/>
          <w:rtl w:val="0"/>
        </w:rPr>
        <w:t xml:space="preserve">Распоред часова у I семестру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2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0"/>
        </w:trPr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09:45–11:30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Психологија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предавања — проф. др Страхиња Димитријевић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Учионица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11:30–13:00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Увод у италијанску књижевност 1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предавања — доц. др Сања Кобиљ Ћуић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Учионица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14:30–16:00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Романска лингвистика 3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предавања — проф.. др Марија Рунић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Учионица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16:00–17:30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Савремени италијански језик 3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вјежбе — Росела Монтибелер, ма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Учионица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40" w:line="240" w:lineRule="auto"/>
              <w:rPr>
                <w:i w:val="1"/>
                <w:iCs w:val="1"/>
                <w:color w:val="5b6573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10:30–12:00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Француска књижевност 3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предавања — проф. др Радана Лукајић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Учионица 1</w:t>
            </w:r>
          </w:p>
          <w:p w:rsidR="00000000" w:rsidDel="00000000" w:rsidP="00000000" w:rsidRDefault="00000000" w:rsidRPr="00000000" w14:paraId="0000002B">
            <w:pPr>
              <w:spacing w:after="40" w:line="240" w:lineRule="auto"/>
              <w:rPr>
                <w:i w:val="1"/>
                <w:iCs w:val="1"/>
                <w:color w:val="5b6573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40" w:line="240" w:lineRule="auto"/>
              <w:rPr>
                <w:color w:val="5b6573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40" w:line="240" w:lineRule="auto"/>
              <w:rPr>
                <w:color w:val="5b6573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40" w:line="240" w:lineRule="auto"/>
              <w:rPr>
                <w:color w:val="5b6573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40" w:line="240" w:lineRule="auto"/>
              <w:rPr>
                <w:color w:val="5b6573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40" w:line="240" w:lineRule="auto"/>
              <w:rPr>
                <w:color w:val="5b6573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40" w:line="240" w:lineRule="auto"/>
              <w:rPr>
                <w:color w:val="5b6573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40" w:line="240" w:lineRule="auto"/>
              <w:rPr>
                <w:color w:val="5b6573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40" w:line="240" w:lineRule="auto"/>
              <w:rPr>
                <w:color w:val="5b6573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40" w:line="240" w:lineRule="auto"/>
              <w:rPr>
                <w:color w:val="5b6573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40" w:line="240" w:lineRule="auto"/>
              <w:rPr>
                <w:color w:val="5b6573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40" w:line="240" w:lineRule="auto"/>
              <w:rPr>
                <w:color w:val="5b6573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40" w:line="240" w:lineRule="auto"/>
              <w:rPr>
                <w:color w:val="5b6573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40" w:line="240" w:lineRule="auto"/>
              <w:rPr>
                <w:color w:val="5b6573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40" w:line="240" w:lineRule="auto"/>
              <w:rPr>
                <w:color w:val="5b6573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40" w:line="240" w:lineRule="auto"/>
              <w:rPr>
                <w:b w:val="1"/>
                <w:bCs w:val="1"/>
                <w:color w:val="2e5b85"/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14:00–15:30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Савремени француски језик 3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предавања — проф. др Јовица Микић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Учионица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15:30–17:00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Савремени италијански језик 3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предавања — доц. др Дејан Малчић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Учионица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17:15–18:45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Савремени француски језик 3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вјежбе — Николина Ољача, ма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Кабинет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3"/>
                <w:szCs w:val="13"/>
                <w:rtl w:val="0"/>
              </w:rPr>
              <w:t xml:space="preserve">11:00–12:30</w:t>
              <w:br w:type="textWrapping"/>
              <w:t xml:space="preserve">Увод у италијанску књижевност 1</w:t>
              <w:br w:type="textWrapping"/>
              <w:t xml:space="preserve">вјежбе — доц. др Сања Кобиљ Ћуић</w:t>
              <w:br w:type="textWrapping"/>
              <w:t xml:space="preserve">Учионица 1</w:t>
              <w:br w:type="textWrapping"/>
              <w:t xml:space="preserve">12:30–14:00</w:t>
              <w:br w:type="textWrapping"/>
              <w:t xml:space="preserve">Савремени француски језик 3</w:t>
              <w:br w:type="textWrapping"/>
              <w:t xml:space="preserve">вјежбе — Весна Марчета, ма</w:t>
              <w:br w:type="textWrapping"/>
              <w:t xml:space="preserve">Кабинет 2</w:t>
              <w:br w:type="textWrapping"/>
              <w:t xml:space="preserve">15:00–15:45</w:t>
              <w:br w:type="textWrapping"/>
              <w:t xml:space="preserve">Француска књижевност 3</w:t>
              <w:br w:type="textWrapping"/>
              <w:t xml:space="preserve">вјежбе — Милица Црнобрња, ма</w:t>
              <w:br w:type="textWrapping"/>
              <w:t xml:space="preserve">Учионица 3</w:t>
              <w:br w:type="textWrapping"/>
              <w:t xml:space="preserve">16:00–18:15</w:t>
              <w:br w:type="textWrapping"/>
              <w:t xml:space="preserve">Савремени италијански језик 3</w:t>
              <w:br w:type="textWrapping"/>
              <w:t xml:space="preserve">вјежбе — Росела Монтибелер, ма</w:t>
              <w:br w:type="textWrapping"/>
              <w:t xml:space="preserve">Учионица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 w:rsidDel="00000000" w:rsidR="00000000" w:rsidRPr="00000000">
              <w:rPr>
                <w:color w:val="96969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60" w:lineRule="auto"/>
        <w:rPr/>
      </w:pPr>
      <w:r w:rsidDel="00000000" w:rsidR="00000000" w:rsidRPr="00000000">
        <w:rPr>
          <w:b w:val="1"/>
          <w:bCs w:val="1"/>
          <w:color w:val="17324d"/>
          <w:sz w:val="32"/>
          <w:szCs w:val="32"/>
          <w:rtl w:val="0"/>
        </w:rPr>
        <w:t xml:space="preserve">СТУДИЈСКИ ПРОГРАМ РОМАНИСТИКЕ — 3. ГОДИНА – ИТ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60" w:lineRule="auto"/>
        <w:rPr/>
      </w:pPr>
      <w:r w:rsidDel="00000000" w:rsidR="00000000" w:rsidRPr="00000000">
        <w:rPr>
          <w:color w:val="5b6573"/>
          <w:sz w:val="18"/>
          <w:szCs w:val="18"/>
          <w:rtl w:val="0"/>
        </w:rPr>
        <w:t xml:space="preserve">Распоред часова у I семестру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3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0"/>
        </w:trPr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10:00–11:30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Савремени италијански језик 5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предавања — доц. др Мариа Форнари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Учионица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11:30–13:00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Савремени француски језик 5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вјежбе — Весна Марчета, ма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Учионица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13:00–14:30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Историја италијанског језика 1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предавања — проф. др Марија Рунић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Учионица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09:00–10:30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Италијанска књижевна географија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предавања — проф. др Зорана Ковачевић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Кабинет 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12:00–13:30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Савремени италијански језик 5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вјежбе — доц. др Мариа Форнари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Кабинет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14:30–16:00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Историја италијанске кинематографијепредавања проф. Др Стефано Адамо, уч. 3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Учионица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16:15–17:45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Превођење 1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предавања — доц. др Ања Правуљац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Учионица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17:45–18:30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Превођење 1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вјежбе — доц. др Ања Правуљац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Учионица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09:00–12:00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Италијанска средњовјековна и модерна књижевност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предавања и вјежбе — проф. др Роберто Руси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Учионица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12:30–14:00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Савремени италијански језик 5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вјежбе — доц. др Мариа Форнари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Учионица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10:00–11:30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Савремени италијански језик 5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вјежбе — доц. др Мариа Форнари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Учионица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 w:rsidDel="00000000" w:rsidR="00000000" w:rsidRPr="00000000">
              <w:rPr>
                <w:color w:val="96969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60" w:lineRule="auto"/>
        <w:rPr/>
      </w:pPr>
      <w:r w:rsidDel="00000000" w:rsidR="00000000" w:rsidRPr="00000000">
        <w:rPr>
          <w:b w:val="1"/>
          <w:bCs w:val="1"/>
          <w:color w:val="17324d"/>
          <w:sz w:val="32"/>
          <w:szCs w:val="32"/>
          <w:rtl w:val="0"/>
        </w:rPr>
        <w:t xml:space="preserve">СТУДИЈСКИ ПРОГРАМ РОМАНИСТИКЕ — 3. ГОДИНА – ФР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160" w:lineRule="auto"/>
        <w:rPr/>
      </w:pPr>
      <w:r w:rsidDel="00000000" w:rsidR="00000000" w:rsidRPr="00000000">
        <w:rPr>
          <w:color w:val="5b6573"/>
          <w:sz w:val="18"/>
          <w:szCs w:val="18"/>
          <w:rtl w:val="0"/>
        </w:rPr>
        <w:t xml:space="preserve">Распоред часова у I семестру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4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0"/>
        </w:trPr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10:00–11:30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Савремени италијански језик 5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предавања — доц. др Мариа Форнари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Учионица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11:30–13:00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Савремени француски језик 5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вјежбе — Весна Марчета, ма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Учионица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10:00–11:30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Латински језик 1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предавања — проф. др Сања Љубишић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Кабинет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12:00–13:30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Савремени италијански језик 5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вјежбе — доц. др Мариа Форнари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Кабинет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13:30–15:00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Фонетика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предавања — проф. др Јовица Микић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Кабинет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10:30–12:00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Франсоа Рабле и средњовјековна култура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предавања — проф. др Радана Лукајић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Кабинет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12:00–13:30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Превођење 1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предавања — проф. др Радана Лукајић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Кабинет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13:30–14:15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Превођење 1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вјежбе — Николина Ољача, ма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Кабинет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09:00–10:30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Савремени француски језик 5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вјежбе — Весна Марчета, ма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Кабинет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10:30–12:00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Савремени француски језик 5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вјежбе — Весна Марчета, ма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Кабинет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jc w:val="center"/>
              <w:rPr/>
            </w:pPr>
            <w:r w:rsidDel="00000000" w:rsidR="00000000" w:rsidRPr="00000000">
              <w:rPr>
                <w:color w:val="96969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60" w:lineRule="auto"/>
        <w:rPr/>
      </w:pPr>
      <w:r w:rsidDel="00000000" w:rsidR="00000000" w:rsidRPr="00000000">
        <w:rPr>
          <w:b w:val="1"/>
          <w:bCs w:val="1"/>
          <w:color w:val="17324d"/>
          <w:sz w:val="32"/>
          <w:szCs w:val="32"/>
          <w:rtl w:val="0"/>
        </w:rPr>
        <w:t xml:space="preserve">СТУДИЈСКИ ПРОГРАМ РОМАНИСТИКЕ— 4. ГОДИНА – ИТ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160" w:lineRule="auto"/>
        <w:rPr/>
      </w:pPr>
      <w:r w:rsidDel="00000000" w:rsidR="00000000" w:rsidRPr="00000000">
        <w:rPr>
          <w:color w:val="5b6573"/>
          <w:sz w:val="18"/>
          <w:szCs w:val="18"/>
          <w:rtl w:val="0"/>
        </w:rPr>
        <w:t xml:space="preserve">Распоред часова у I семестру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5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0"/>
        </w:trPr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11:30–13:00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Савремени италијански језик 7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предавања — доц. др Мариа Форнари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Кабинет 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13:00–14:30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Италијанска женска књижевност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предавања — доц. др Сања Кобиљ Ћуић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Учионица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14:30–16:00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Савремени италијански језик 7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вјежбе — проф. др Стефано Адамо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Кабинет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10:30–12:00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Савремени италијански језик 7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вјежбе — доц. др Мариа Форнари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Учионица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12:00–13:30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Италијанска поезија 20. вијека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предавања и вјежбе — проф. др Роберто Руси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Учионица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14:00–15:30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Превођење 3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предавања — доц. др Ања Правуљац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Учионица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15:30–16:15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Превођење 3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вјежбе — доц. др Ања Правуљац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Учионица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jc w:val="center"/>
              <w:rPr/>
            </w:pPr>
            <w:r w:rsidDel="00000000" w:rsidR="00000000" w:rsidRPr="00000000">
              <w:rPr>
                <w:color w:val="96969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3"/>
                <w:szCs w:val="13"/>
                <w:rtl w:val="0"/>
              </w:rPr>
              <w:t xml:space="preserve">0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8</w:t>
            </w:r>
            <w:r w:rsidDel="00000000" w:rsidR="00000000" w:rsidRPr="00000000">
              <w:rPr>
                <w:rFonts w:ascii="Aptos" w:cs="Aptos" w:eastAsia="Aptos" w:hAnsi="Aptos"/>
                <w:sz w:val="13"/>
                <w:szCs w:val="13"/>
                <w:rtl w:val="0"/>
              </w:rPr>
              <w:t xml:space="preserve">:</w:t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45</w:t>
            </w:r>
            <w:r w:rsidDel="00000000" w:rsidR="00000000" w:rsidRPr="00000000">
              <w:rPr>
                <w:rFonts w:ascii="Aptos" w:cs="Aptos" w:eastAsia="Aptos" w:hAnsi="Aptos"/>
                <w:sz w:val="13"/>
                <w:szCs w:val="13"/>
                <w:rtl w:val="0"/>
              </w:rPr>
              <w:t xml:space="preserve">–11:15</w:t>
              <w:br w:type="textWrapping"/>
              <w:t xml:space="preserve">Методика наставе италијанског језика 1</w:t>
              <w:br w:type="textWrapping"/>
              <w:t xml:space="preserve">предавања и вјежбе — доц. др Наташа Вученовић Гњато</w:t>
              <w:br w:type="textWrapping"/>
              <w:t xml:space="preserve">Учионица 1</w:t>
              <w:br w:type="textWrapping"/>
              <w:t xml:space="preserve">11:30–13:00</w:t>
              <w:br w:type="textWrapping"/>
              <w:t xml:space="preserve">Савремени италијански језик 7</w:t>
              <w:br w:type="textWrapping"/>
              <w:t xml:space="preserve">предавања — доц. др Мариа Форнари</w:t>
              <w:br w:type="textWrapping"/>
              <w:t xml:space="preserve">Учионица 3</w:t>
              <w:br w:type="textWrapping"/>
              <w:t xml:space="preserve">13:30–15:45</w:t>
              <w:br w:type="textWrapping"/>
              <w:t xml:space="preserve">Увод у академско писање 1</w:t>
              <w:br w:type="textWrapping"/>
              <w:t xml:space="preserve">заједничка настава ИТ/ФР</w:t>
              <w:br w:type="textWrapping"/>
              <w:t xml:space="preserve">предавања и вјежбе — проф. др Стефано Адамо</w:t>
              <w:br w:type="textWrapping"/>
              <w:t xml:space="preserve">Кабинет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jc w:val="center"/>
              <w:rPr/>
            </w:pPr>
            <w:r w:rsidDel="00000000" w:rsidR="00000000" w:rsidRPr="00000000">
              <w:rPr>
                <w:color w:val="96969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60" w:lineRule="auto"/>
        <w:rPr/>
      </w:pPr>
      <w:r w:rsidDel="00000000" w:rsidR="00000000" w:rsidRPr="00000000">
        <w:rPr>
          <w:b w:val="1"/>
          <w:bCs w:val="1"/>
          <w:color w:val="17324d"/>
          <w:sz w:val="32"/>
          <w:szCs w:val="32"/>
          <w:rtl w:val="0"/>
        </w:rPr>
        <w:t xml:space="preserve">СТУДИЈСКИ ПРОГРАМ РОМАНИСТИКЕ — 4. ГОДИНА – ФР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160" w:lineRule="auto"/>
        <w:rPr/>
      </w:pPr>
      <w:r w:rsidDel="00000000" w:rsidR="00000000" w:rsidRPr="00000000">
        <w:rPr>
          <w:color w:val="5b6573"/>
          <w:sz w:val="18"/>
          <w:szCs w:val="18"/>
          <w:rtl w:val="0"/>
        </w:rPr>
        <w:t xml:space="preserve">Распоред часова у I семестру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6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0"/>
        </w:trPr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10:30–12:00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Аутобиографија у француској књижевности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предавања — проф. др Радана Лукајић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Кабинет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12:00–13:30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Превођење 3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предавања — проф. др Радана Лукајић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Кабинет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13:30–15:00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Савремени француски језик 7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вјежбе — Николина Ољача, ма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Кабинет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10:30–12:00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Савремени италијански језик 7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вјежбе — доц. др Мариа Форнари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Учионица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15:00–16:30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Методика наставе француског језика 1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предавања — проф. др Јовица Микић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Кабинет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14:15–15:00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Методика наставе француског језика 1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вјежбе — Николина Ољача, ма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Кабинет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15:00–15:45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Превођење 3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вјежбе — Николина Ољача, ма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Кабинет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15:45–17:15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Савремени француски језик 7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вјежбе — Милица Црнобрња, ма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Кабинет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3"/>
                <w:szCs w:val="13"/>
                <w:rtl w:val="0"/>
              </w:rPr>
              <w:t xml:space="preserve">14:00–15:30</w:t>
              <w:br w:type="textWrapping"/>
              <w:t xml:space="preserve">Савремени француски језик 7</w:t>
              <w:br w:type="textWrapping"/>
              <w:t xml:space="preserve">вјежбе — Весна Марчета, ма</w:t>
              <w:br w:type="textWrapping"/>
              <w:t xml:space="preserve">Кабинет 2</w:t>
              <w:br w:type="textWrapping"/>
              <w:t xml:space="preserve">15:30–17:45</w:t>
              <w:br w:type="textWrapping"/>
              <w:t xml:space="preserve">Увод у академско писање 1</w:t>
              <w:br w:type="textWrapping"/>
              <w:t xml:space="preserve">заједничка настава ИТ/ФР</w:t>
              <w:br w:type="textWrapping"/>
              <w:t xml:space="preserve">предавања и вјежбе — проф. др Стефано Адамо</w:t>
              <w:br w:type="textWrapping"/>
              <w:t xml:space="preserve">Кабинет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jc w:val="center"/>
              <w:rPr/>
            </w:pPr>
            <w:r w:rsidDel="00000000" w:rsidR="00000000" w:rsidRPr="00000000">
              <w:rPr>
                <w:color w:val="96969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60" w:lineRule="auto"/>
        <w:rPr/>
      </w:pPr>
      <w:r w:rsidDel="00000000" w:rsidR="00000000" w:rsidRPr="00000000">
        <w:rPr>
          <w:b w:val="1"/>
          <w:bCs w:val="1"/>
          <w:color w:val="17324d"/>
          <w:sz w:val="32"/>
          <w:szCs w:val="32"/>
          <w:rtl w:val="0"/>
        </w:rPr>
        <w:t xml:space="preserve">СТУДИЈСКИ ПРОГРАМ РОМАНИСТИКЕ — УЧИОНИЦА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160" w:lineRule="auto"/>
        <w:rPr/>
      </w:pPr>
      <w:r w:rsidDel="00000000" w:rsidR="00000000" w:rsidRPr="00000000">
        <w:rPr>
          <w:color w:val="5b6573"/>
          <w:sz w:val="18"/>
          <w:szCs w:val="18"/>
          <w:rtl w:val="0"/>
        </w:rPr>
        <w:t xml:space="preserve">Распоред коришћења просторије у I семестру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7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0"/>
        </w:trPr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09:45–11:30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Психологија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предавања — проф. др Страхиња Димитријевић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11:30–13:00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Савремени француски језик 5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вјежбе — Весна Марчета, ма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III – ИТ / III – ФР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13:00–14:30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Историја италијанског језика 1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предавања — проф. др Марија Рунић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III – ИТ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15:00–17:15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Савремени француски језик 1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вјежбе — Николина Ољача, ма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17:30–19:45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Савремени италијански језик 1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вјежбе — Росела Монтибелер, ма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09:00–10:30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Савремени италијански језик 1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предавања — доц. др Наташа Вученовић Гњато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10:30–12:00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Француска књижевност 3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предавања — проф. др Радана Лукајић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12:00–13:30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Романска лингвистика 1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предавања — доц. др Марија Рунић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14:00–15:30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Превођење 3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предавања — доц. др Ања Правуљац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IV – ИТ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15:30–16:15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Превођење 3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вјежбе — доц. др Ања Правуљац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IV – ИТ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16:15–17:45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Превођење 1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предавања — доц. др Ања Правуљац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III – ИТ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17:45–18:30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Превођење 1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вјежбе — доц. др Ања Правуљац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III – ИТ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09:00–10:30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Италијански језик 1, изборни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предавања — проф. др Зорана Ковачевић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Изборни / није наведена година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10:30–12:00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Италијанска култура 1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предавања — проф. др Зорана Ковачевић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12:00–13:30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Савремени француски језик 1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предавања — проф. др Јовица Микић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14:00–15:30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Савремени француски језик 3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предавања — проф. др Јовица Микић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17:15–18:45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Француски језик 1, изборни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предавања — Милица Црнобрња, ма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Изборни / није наведена година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2"/>
                <w:szCs w:val="12"/>
                <w:rtl w:val="0"/>
              </w:rPr>
              <w:t xml:space="preserve">09:00–11:15</w:t>
              <w:br w:type="textWrapping"/>
              <w:t xml:space="preserve">Методика наставе италијанског језика 1</w:t>
              <w:br w:type="textWrapping"/>
              <w:t xml:space="preserve">предавања и вјежбе — доц. др Наташа Вученовић Гњато</w:t>
              <w:br w:type="textWrapping"/>
              <w:t xml:space="preserve">IV – ИТ</w:t>
              <w:br w:type="textWrapping"/>
              <w:t xml:space="preserve">11:00–12:30</w:t>
              <w:br w:type="textWrapping"/>
              <w:t xml:space="preserve">Увод у италијанску књижевност 1</w:t>
              <w:br w:type="textWrapping"/>
              <w:t xml:space="preserve">вјежбе — доц. др Сања Кобиљ Ћуић</w:t>
              <w:br w:type="textWrapping"/>
              <w:t xml:space="preserve">II</w:t>
              <w:br w:type="textWrapping"/>
              <w:t xml:space="preserve">12:30–14:00</w:t>
              <w:br w:type="textWrapping"/>
              <w:t xml:space="preserve">Савремени француски језик 1</w:t>
              <w:br w:type="textWrapping"/>
              <w:t xml:space="preserve">вјежбе — Милица Црнобрња, ма</w:t>
              <w:br w:type="textWrapping"/>
              <w:t xml:space="preserve">I</w:t>
              <w:br w:type="textWrapping"/>
              <w:t xml:space="preserve">14:00–14:45</w:t>
              <w:br w:type="textWrapping"/>
              <w:t xml:space="preserve">Француска књижевност 1</w:t>
              <w:br w:type="textWrapping"/>
              <w:t xml:space="preserve">вјежбе — Милица Црнобрња, ма</w:t>
              <w:br w:type="textWrapping"/>
              <w:t xml:space="preserve">I</w:t>
              <w:br w:type="textWrapping"/>
              <w:t xml:space="preserve">14:45–16:15</w:t>
              <w:br w:type="textWrapping"/>
              <w:t xml:space="preserve">Увод у теорију књижевности</w:t>
              <w:br w:type="textWrapping"/>
              <w:t xml:space="preserve">предавања — доц. др Андреја Марић</w:t>
              <w:br w:type="textWrapping"/>
              <w:t xml:space="preserve">I</w:t>
              <w:br w:type="textWrapping"/>
              <w:t xml:space="preserve">18:15–19:45</w:t>
              <w:br w:type="textWrapping"/>
              <w:t xml:space="preserve">Савремени италијански језик 1</w:t>
              <w:br w:type="textWrapping"/>
              <w:t xml:space="preserve">вјежбе — Росела Монтибелер, ма</w:t>
              <w:br w:type="textWrapping"/>
              <w:t xml:space="preserve">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jc w:val="center"/>
              <w:rPr/>
            </w:pPr>
            <w:r w:rsidDel="00000000" w:rsidR="00000000" w:rsidRPr="00000000">
              <w:rPr>
                <w:color w:val="96969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7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60" w:lineRule="auto"/>
        <w:rPr/>
      </w:pPr>
      <w:r w:rsidDel="00000000" w:rsidR="00000000" w:rsidRPr="00000000">
        <w:rPr>
          <w:b w:val="1"/>
          <w:bCs w:val="1"/>
          <w:color w:val="17324d"/>
          <w:sz w:val="32"/>
          <w:szCs w:val="32"/>
          <w:rtl w:val="0"/>
        </w:rPr>
        <w:t xml:space="preserve">СТУДИЈСКИ ПРОГРАМ РОМАНИСТИКЕ — УЧИОНИЦА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160" w:lineRule="auto"/>
        <w:rPr/>
      </w:pPr>
      <w:r w:rsidDel="00000000" w:rsidR="00000000" w:rsidRPr="00000000">
        <w:rPr>
          <w:color w:val="5b6573"/>
          <w:sz w:val="18"/>
          <w:szCs w:val="18"/>
          <w:rtl w:val="0"/>
        </w:rPr>
        <w:t xml:space="preserve">Распоред коришћења просторије у I семестру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8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0"/>
        </w:trPr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10:00–11:30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Савремени италијански језик 5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предавања — доц. др Мариа Форнари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III – ИТ / III – ФР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after="40" w:line="240" w:lineRule="auto"/>
              <w:rPr>
                <w:i w:val="1"/>
                <w:iCs w:val="1"/>
                <w:color w:val="5b6573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11:30–13:00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Увод у италијанску књижевност 1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предавања — доц. др Сања Кобиљ Ћуић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II</w:t>
            </w:r>
          </w:p>
          <w:p w:rsidR="00000000" w:rsidDel="00000000" w:rsidP="00000000" w:rsidRDefault="00000000" w:rsidRPr="00000000" w14:paraId="000000B1">
            <w:pPr>
              <w:spacing w:after="40" w:line="240" w:lineRule="auto"/>
              <w:rPr>
                <w:b w:val="1"/>
                <w:bCs w:val="1"/>
                <w:color w:val="2e5b85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13: 00-14:30</w:t>
            </w:r>
          </w:p>
          <w:p w:rsidR="00000000" w:rsidDel="00000000" w:rsidP="00000000" w:rsidRDefault="00000000" w:rsidRPr="00000000" w14:paraId="000000B2">
            <w:pPr>
              <w:spacing w:after="40" w:line="24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Италијанска женска књижевност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- предавање- доц. Др Сања Кобиљ Ћуић</w:t>
            </w:r>
          </w:p>
          <w:p w:rsidR="00000000" w:rsidDel="00000000" w:rsidP="00000000" w:rsidRDefault="00000000" w:rsidRPr="00000000" w14:paraId="000000B3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14:30–16:00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Романска лингвистика 3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предавања — доц. др Марија Рунић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16:00–17:30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Савремени италијански језик 3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вјежбе — Росела Монтибелер, ма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10:30–12:00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Савремени италијански језик 7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вјежбе — доц. др Мариа Форнари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IV – ИТ / IV – ФР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12:00–13:30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Италијанска поезија 20. вијека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предавања и вјежбе — проф. др Роберто Руси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IV – ИТ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14:30–16:00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Историја италијанске кинематографије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предавања — проф. др Стефано Адамо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III – ИТ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17:00–20:00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Курс шпанског језика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курс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Остало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09:00–12:00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Италијанска средњовјековна и модерна књижевност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предавања и вјежбе — проф. др Роберто Руси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III – ИТ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12:30–14:00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Савремени италијански језик 5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вјежбе — доц. др Мариа Форнари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III – ИТ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14:00–15:30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Италијанска култура 1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вјежбе — доц. др Дејан Малчић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15:30–17:00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Савремени италијански језик 3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предавања — доц. др Дејан Малчић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17:00–18:30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Италијански језик 1, изборни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предавања — доц. др Дејан Малчић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Изборни / није наведена година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10:00–11:30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Савремени италијански језик 5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вјежбе — доц. др Мариа Форнари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III – ИТ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11:30–13:00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Савремени италијански језик 7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предавања — доц. др Мариа Форнари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IV – ИТ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15:00–15:45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Француска књижевност 3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вјежбе — Милица Црнобрња, ма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5"/>
                <w:szCs w:val="15"/>
                <w:rtl w:val="0"/>
              </w:rPr>
              <w:t xml:space="preserve">16:00–18:15</w:t>
              <w:br w:type="textWrapping"/>
            </w:r>
            <w:r w:rsidDel="00000000" w:rsidR="00000000" w:rsidRPr="00000000">
              <w:rPr>
                <w:b w:val="1"/>
                <w:bCs w:val="1"/>
                <w:sz w:val="15"/>
                <w:szCs w:val="15"/>
                <w:rtl w:val="0"/>
              </w:rPr>
              <w:t xml:space="preserve">Савремени италијански језик 3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вјежбе — Росела Монтибелер, ма</w:t>
            </w:r>
            <w:r w:rsidDel="00000000" w:rsidR="00000000" w:rsidRPr="00000000">
              <w:rPr>
                <w:i w:val="1"/>
                <w:iCs w:val="1"/>
                <w:color w:val="5b6573"/>
                <w:sz w:val="14"/>
                <w:szCs w:val="14"/>
                <w:rtl w:val="0"/>
              </w:rPr>
              <w:br w:type="textWrapping"/>
              <w:t xml:space="preserve">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jc w:val="center"/>
              <w:rPr/>
            </w:pPr>
            <w:r w:rsidDel="00000000" w:rsidR="00000000" w:rsidRPr="00000000">
              <w:rPr>
                <w:color w:val="96969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60" w:lineRule="auto"/>
        <w:rPr/>
      </w:pPr>
      <w:r w:rsidDel="00000000" w:rsidR="00000000" w:rsidRPr="00000000">
        <w:rPr>
          <w:b w:val="1"/>
          <w:bCs w:val="1"/>
          <w:color w:val="17324d"/>
          <w:sz w:val="32"/>
          <w:szCs w:val="32"/>
          <w:rtl w:val="0"/>
        </w:rPr>
        <w:t xml:space="preserve">СТУДИЈСКИ ПРОГРАМ РОМАНИСТИКЕ — КАБИНЕТ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160" w:lineRule="auto"/>
        <w:rPr/>
      </w:pPr>
      <w:r w:rsidDel="00000000" w:rsidR="00000000" w:rsidRPr="00000000">
        <w:rPr>
          <w:color w:val="5b6573"/>
          <w:sz w:val="18"/>
          <w:szCs w:val="18"/>
          <w:rtl w:val="0"/>
        </w:rPr>
        <w:t xml:space="preserve">Распоред коришћења просторије у I семестру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9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0"/>
        </w:trPr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10:30–12:00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Аутобиографија у француској књижевности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предавања — проф. др Радана Лукајић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IV – ФР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12:00–13:30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Превођење 3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предавања — проф. др Радана Лукајић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IV – ФР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13:30–15:00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Савремени француски језик 7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вјежбе — Николина Ољача, ма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IV – ФР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10:00–11:30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Латински језик 1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предавања — проф. др Сања Љубишић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III – ФР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12:00–13:30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Савремени италијански језик 5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вјежбе — доц. др Мариа Форнари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III – ИТ / III – ФР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13:30–15:45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Савремени француски језик 3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вјежбе — Весна Марчета, ма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13:30–15:00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Фонетика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предавања — проф. др Јовица Микић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III – ФР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15:00–16:30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Методика наставе француског језика 1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предавања — проф. др Јовица Микић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IV – ФР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10:30–12:00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Франсоа Рабле и средњовјековна култура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предавања — проф. др Радана Лукајић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III – ФР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12:00–13:30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Превођење 1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предавања — проф. др Радана Лукајић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III – ФР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13:30–14:15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Превођење 1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вјежбе — Николина Ољача, ма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III – ФР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14:15–15:00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Методика наставе француског језика 1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вјежбе — Николина Ољача, ма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IV – ФР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15:00–15:45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Превођење 3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вјежбе — Николина Ољача, ма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IV – ФР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15:45–17:15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Савремени француски језик 7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вјежбе — Милица Црнобрња, ма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IV – ФР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17:15–18:45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Савремени француски језик 3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вјежбе — Николина Ољача, ма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09:00–10:30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Савремени француски језик 5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вјежбе — Весна Марчета, ма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III – ФР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10:30–12:00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Савремени француски језик 5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вјежбе — Весна Марчета, ма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III – ФР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12:30–14:00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Савремени француски језик 3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вјежбе — Весна Марчета, ма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4"/>
                <w:szCs w:val="14"/>
                <w:rtl w:val="0"/>
              </w:rPr>
              <w:t xml:space="preserve">14:00–15:30</w:t>
              <w:br w:type="textWrapping"/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Савремени француски језик 7</w:t>
              <w:br w:type="textWrapping"/>
            </w:r>
            <w:r w:rsidDel="00000000" w:rsidR="00000000" w:rsidRPr="00000000">
              <w:rPr>
                <w:sz w:val="13"/>
                <w:szCs w:val="13"/>
                <w:rtl w:val="0"/>
              </w:rPr>
              <w:t xml:space="preserve">вјежбе — Весна Марчета, ма</w:t>
            </w:r>
            <w:r w:rsidDel="00000000" w:rsidR="00000000" w:rsidRPr="00000000">
              <w:rPr>
                <w:i w:val="1"/>
                <w:iCs w:val="1"/>
                <w:color w:val="5b6573"/>
                <w:sz w:val="13"/>
                <w:szCs w:val="13"/>
                <w:rtl w:val="0"/>
              </w:rPr>
              <w:br w:type="textWrapping"/>
              <w:t xml:space="preserve">IV – ФР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jc w:val="center"/>
              <w:rPr/>
            </w:pPr>
            <w:r w:rsidDel="00000000" w:rsidR="00000000" w:rsidRPr="00000000">
              <w:rPr>
                <w:color w:val="96969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after="60" w:lineRule="auto"/>
        <w:rPr/>
      </w:pPr>
      <w:r w:rsidDel="00000000" w:rsidR="00000000" w:rsidRPr="00000000">
        <w:rPr>
          <w:b w:val="1"/>
          <w:bCs w:val="1"/>
          <w:color w:val="17324d"/>
          <w:sz w:val="32"/>
          <w:szCs w:val="32"/>
          <w:rtl w:val="0"/>
        </w:rPr>
        <w:t xml:space="preserve">СТУДИЈСКИ ПРОГРАМ РОМАНИСТИКЕ — КАБИНЕТ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after="160" w:lineRule="auto"/>
        <w:rPr/>
      </w:pPr>
      <w:r w:rsidDel="00000000" w:rsidR="00000000" w:rsidRPr="00000000">
        <w:rPr>
          <w:color w:val="5b6573"/>
          <w:sz w:val="18"/>
          <w:szCs w:val="18"/>
          <w:rtl w:val="0"/>
        </w:rPr>
        <w:t xml:space="preserve">Распоред коришћења просторије у I семестру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10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0"/>
        </w:trPr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11:30–13:00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Савремени италијански језик 7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предавања — доц. др Мариа Форнари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IV – ИТ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14:30–16:00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Савремени италијански језик 7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вјежбе — проф. др Стефано Адамо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IV – ИТ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09:00–10:30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Италијанска књижевна географија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предавања — проф. др Зорана Ковачевић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III – ИТ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after="8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2e5b85"/>
                <w:sz w:val="17"/>
                <w:szCs w:val="17"/>
                <w:rtl w:val="0"/>
              </w:rPr>
              <w:t xml:space="preserve">12:00–13:30</w:t>
              <w:br w:type="textWrapping"/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Академија умјетности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вјежбе — проф. др Зорана Ковачевић</w:t>
            </w:r>
            <w:r w:rsidDel="00000000" w:rsidR="00000000" w:rsidRPr="00000000">
              <w:rPr>
                <w:i w:val="1"/>
                <w:iCs w:val="1"/>
                <w:color w:val="5b6573"/>
                <w:sz w:val="15"/>
                <w:szCs w:val="15"/>
                <w:rtl w:val="0"/>
              </w:rPr>
              <w:br w:type="textWrapping"/>
              <w:t xml:space="preserve">Остало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sz w:val="13"/>
                <w:szCs w:val="13"/>
                <w:rtl w:val="0"/>
              </w:rPr>
              <w:t xml:space="preserve">13:30–15:45</w:t>
              <w:br w:type="textWrapping"/>
              <w:t xml:space="preserve">Увод у академско писање 1</w:t>
              <w:br w:type="textWrapping"/>
              <w:t xml:space="preserve">заједничка настава ИТ/ФР</w:t>
              <w:br w:type="textWrapping"/>
              <w:t xml:space="preserve">предавања и вјежбе — проф. др Стефано Адамо</w:t>
              <w:br w:type="textWrapping"/>
              <w:t xml:space="preserve">IV – ИТ</w:t>
              <w:br w:type="textWrapping"/>
              <w:t xml:space="preserve">15:30–17:45</w:t>
              <w:br w:type="textWrapping"/>
              <w:t xml:space="preserve">Увод у академско писање 1</w:t>
              <w:br w:type="textWrapping"/>
              <w:t xml:space="preserve">заједничка настава ИТ/ФР</w:t>
              <w:br w:type="textWrapping"/>
              <w:t xml:space="preserve">предавања и вјежбе — проф. др Стефано Адамо</w:t>
              <w:br w:type="textWrapping"/>
              <w:t xml:space="preserve">IV – ФР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120.0" w:type="dxa"/>
              <w:bottom w:w="12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jc w:val="center"/>
              <w:rPr/>
            </w:pPr>
            <w:r w:rsidDel="00000000" w:rsidR="00000000" w:rsidRPr="00000000">
              <w:rPr>
                <w:color w:val="96969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648" w:top="648" w:left="648" w:right="64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18"/>
        <w:szCs w:val="18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Zt4W1D4ZVy5hKNvEsnTIk9pcvg==">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