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1f4e79"/>
          <w:sz w:val="36"/>
          <w:szCs w:val="36"/>
          <w:rtl w:val="0"/>
        </w:rPr>
        <w:t xml:space="preserve">ФИЛОЛОШКИ ФАКУЛТЕТ — РАСПОРЕДИ ПО ПРОСТОРИЈАМА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color w:val="5a5a5a"/>
          <w:sz w:val="20"/>
          <w:szCs w:val="20"/>
          <w:rtl w:val="0"/>
        </w:rPr>
        <w:t xml:space="preserve">Академска 2026/2027. година · обједињени преглед свих студијских програма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b w:val="1"/>
          <w:bCs w:val="1"/>
          <w:color w:val="1f4e79"/>
          <w:sz w:val="26"/>
          <w:szCs w:val="26"/>
          <w:rtl w:val="0"/>
        </w:rPr>
        <w:t xml:space="preserve">УЧИОНИЦА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00" w:lineRule="auto"/>
        <w:rPr/>
      </w:pPr>
      <w:r w:rsidDel="00000000" w:rsidR="00000000" w:rsidRPr="00000000">
        <w:rPr>
          <w:color w:val="5f5f5f"/>
          <w:sz w:val="17"/>
          <w:szCs w:val="17"/>
          <w:rtl w:val="0"/>
        </w:rPr>
        <w:t xml:space="preserve">Обједињени преглед коришћења просторије · академска 2026/2027. година</w:t>
      </w:r>
      <w:r w:rsidDel="00000000" w:rsidR="00000000" w:rsidRPr="00000000">
        <w:rPr>
          <w:rtl w:val="0"/>
        </w:rPr>
      </w:r>
    </w:p>
    <w:tbl>
      <w:tblPr>
        <w:tblStyle w:val="Table1"/>
        <w:tblW w:w="14545.0" w:type="dxa"/>
        <w:jc w:val="center"/>
        <w:tblLayout w:type="fixed"/>
        <w:tblLook w:val="0400"/>
      </w:tblPr>
      <w:tblGrid>
        <w:gridCol w:w="2909"/>
        <w:gridCol w:w="2909"/>
        <w:gridCol w:w="2909"/>
        <w:gridCol w:w="2909"/>
        <w:gridCol w:w="2909"/>
        <w:tblGridChange w:id="0">
          <w:tblGrid>
            <w:gridCol w:w="2909"/>
            <w:gridCol w:w="2909"/>
            <w:gridCol w:w="2909"/>
            <w:gridCol w:w="2909"/>
            <w:gridCol w:w="2909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262.102050781252" w:hRule="atLeast"/>
          <w:tblHeader w:val="0"/>
        </w:trPr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СТУДИЈСКИ ПРОГРАМ РОМАНИСТИКЕ</w:t>
              <w:br w:type="textWrapping"/>
              <w:t xml:space="preserve">09:45–11:30</w:t>
              <w:br w:type="textWrapping"/>
              <w:t xml:space="preserve">Психологија</w:t>
              <w:br w:type="textWrapping"/>
              <w:t xml:space="preserve">предавања — проф. др Страхиња Димитријевић</w:t>
              <w:br w:type="textWrapping"/>
              <w:t xml:space="preserve">II</w:t>
              <w:br w:type="textWrapping"/>
              <w:t xml:space="preserve">11:30–13:00</w:t>
              <w:br w:type="textWrapping"/>
              <w:t xml:space="preserve">Савремени француски језик 5</w:t>
              <w:br w:type="textWrapping"/>
              <w:t xml:space="preserve">вјежбе — Весна Марчета, ма</w:t>
              <w:br w:type="textWrapping"/>
              <w:t xml:space="preserve">III – ИТ / III – ФР</w:t>
              <w:br w:type="textWrapping"/>
              <w:t xml:space="preserve">13:00–14:30</w:t>
              <w:br w:type="textWrapping"/>
              <w:t xml:space="preserve">Историја италијанског језика 1</w:t>
              <w:br w:type="textWrapping"/>
              <w:t xml:space="preserve">предавања — проф. др Марија Рунић</w:t>
              <w:br w:type="textWrapping"/>
              <w:t xml:space="preserve">III – ИТ</w:t>
              <w:br w:type="textWrapping"/>
              <w:t xml:space="preserve">15:00–17:15</w:t>
              <w:br w:type="textWrapping"/>
              <w:t xml:space="preserve">Савремени француски језик 1</w:t>
              <w:br w:type="textWrapping"/>
              <w:t xml:space="preserve">вјежбе — Николина Ољача, ма</w:t>
              <w:br w:type="textWrapping"/>
              <w:t xml:space="preserve">I</w:t>
              <w:br w:type="textWrapping"/>
              <w:t xml:space="preserve">17:30–19:45</w:t>
              <w:br w:type="textWrapping"/>
              <w:t xml:space="preserve">Савремени италијански језик 1</w:t>
              <w:br w:type="textWrapping"/>
              <w:t xml:space="preserve">вјежбе — Росела Монтибелер, ма</w:t>
              <w:br w:type="textWrapping"/>
              <w:t xml:space="preserve">I</w:t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СТУДИЈСКИ ПРОГРАМ РОМАНИСТИКЕ</w:t>
              <w:br w:type="textWrapping"/>
              <w:t xml:space="preserve">09:00–10:30</w:t>
              <w:br w:type="textWrapping"/>
              <w:t xml:space="preserve">Савремени италијански језик 1</w:t>
              <w:br w:type="textWrapping"/>
              <w:t xml:space="preserve">предавања — доц. др Наташа Вученовић Гњато</w:t>
              <w:br w:type="textWrapping"/>
              <w:t xml:space="preserve">I</w:t>
              <w:br w:type="textWrapping"/>
              <w:t xml:space="preserve">10:30–12:00</w:t>
              <w:br w:type="textWrapping"/>
              <w:t xml:space="preserve">Француска књижевност 3</w:t>
              <w:br w:type="textWrapping"/>
              <w:t xml:space="preserve">предавања — проф. др Радана Лукајић</w:t>
              <w:br w:type="textWrapping"/>
              <w:t xml:space="preserve">II</w:t>
              <w:br w:type="textWrapping"/>
              <w:t xml:space="preserve">12:00–13:30</w:t>
              <w:br w:type="textWrapping"/>
              <w:t xml:space="preserve">Романска лингвистика 1</w:t>
              <w:br w:type="textWrapping"/>
              <w:t xml:space="preserve">предавања — проф. . др Марија Рунић</w:t>
              <w:br w:type="textWrapping"/>
              <w:t xml:space="preserve">I</w:t>
              <w:br w:type="textWrapping"/>
              <w:t xml:space="preserve">14:00–15:30</w:t>
              <w:br w:type="textWrapping"/>
              <w:t xml:space="preserve">Превођење 3</w:t>
              <w:br w:type="textWrapping"/>
              <w:t xml:space="preserve">предавања — доц. др Ања Правуљац</w:t>
              <w:br w:type="textWrapping"/>
              <w:t xml:space="preserve">IV – ИТ</w:t>
              <w:br w:type="textWrapping"/>
              <w:t xml:space="preserve">15:30–16:15</w:t>
              <w:br w:type="textWrapping"/>
              <w:t xml:space="preserve">Превођење 3</w:t>
              <w:br w:type="textWrapping"/>
              <w:t xml:space="preserve">вјежбе — доц. др Ања Правуљац</w:t>
              <w:br w:type="textWrapping"/>
              <w:t xml:space="preserve">IV – ИТ</w:t>
              <w:br w:type="textWrapping"/>
              <w:t xml:space="preserve">16:15–17:45</w:t>
              <w:br w:type="textWrapping"/>
              <w:t xml:space="preserve">Превођење 1</w:t>
              <w:br w:type="textWrapping"/>
              <w:t xml:space="preserve">предавања — доц. др Ања Правуљац</w:t>
              <w:br w:type="textWrapping"/>
              <w:t xml:space="preserve">III – ИТ</w:t>
              <w:br w:type="textWrapping"/>
              <w:t xml:space="preserve">17:45–18:30</w:t>
              <w:br w:type="textWrapping"/>
              <w:t xml:space="preserve">Превођење 1</w:t>
              <w:br w:type="textWrapping"/>
              <w:t xml:space="preserve">вјежбе — доц. др Ања Правуљац</w:t>
              <w:br w:type="textWrapping"/>
              <w:t xml:space="preserve">III – ИТ</w:t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СТУДИЈСКИ ПРОГРАМ РОМАНИСТИКЕ</w:t>
              <w:br w:type="textWrapping"/>
              <w:t xml:space="preserve">09:00–10:30</w:t>
              <w:br w:type="textWrapping"/>
              <w:t xml:space="preserve">Италијански језик 1, изборни</w:t>
              <w:br w:type="textWrapping"/>
              <w:t xml:space="preserve">предавања — проф. др Зорана Ковачевић</w:t>
              <w:br w:type="textWrapping"/>
              <w:t xml:space="preserve">Изборни / није наведена година</w:t>
              <w:br w:type="textWrapping"/>
              <w:t xml:space="preserve">10:30–12:00</w:t>
              <w:br w:type="textWrapping"/>
              <w:t xml:space="preserve">Италијанска култура 1</w:t>
              <w:br w:type="textWrapping"/>
              <w:t xml:space="preserve">предавања — проф. др Зорана Ковачевић</w:t>
              <w:br w:type="textWrapping"/>
              <w:t xml:space="preserve">I</w:t>
              <w:br w:type="textWrapping"/>
              <w:t xml:space="preserve">12:00–13:30</w:t>
              <w:br w:type="textWrapping"/>
              <w:t xml:space="preserve">Савремени француски језик 1</w:t>
              <w:br w:type="textWrapping"/>
              <w:t xml:space="preserve">предавања — проф. др Јовица Микић</w:t>
              <w:br w:type="textWrapping"/>
              <w:t xml:space="preserve">I</w:t>
              <w:br w:type="textWrapping"/>
              <w:t xml:space="preserve">14:00–15:30</w:t>
              <w:br w:type="textWrapping"/>
              <w:t xml:space="preserve">Савремени француски језик 3</w:t>
              <w:br w:type="textWrapping"/>
              <w:t xml:space="preserve">предавања — проф. др Јовица Микић</w:t>
              <w:br w:type="textWrapping"/>
              <w:t xml:space="preserve">II</w:t>
              <w:br w:type="textWrapping"/>
              <w:t xml:space="preserve">17:15–18:45</w:t>
              <w:br w:type="textWrapping"/>
              <w:t xml:space="preserve">Француски језик 1, изборни</w:t>
              <w:br w:type="textWrapping"/>
              <w:t xml:space="preserve">предавања — Милица Црнобрња, ма</w:t>
              <w:br w:type="textWrapping"/>
              <w:t xml:space="preserve">Изборни / није наведена година</w:t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СТУДИЈСКИ ПРОГРАМ РОМАНИСТИКЕ</w:t>
              <w:br w:type="textWrapping"/>
              <w:t xml:space="preserve">09:00–11:15</w:t>
              <w:br w:type="textWrapping"/>
              <w:t xml:space="preserve">Методика наставе италијанског језика 1</w:t>
              <w:br w:type="textWrapping"/>
              <w:t xml:space="preserve">предавања и вјежбе — доц. др Наташа Вученовић Гњато</w:t>
              <w:br w:type="textWrapping"/>
              <w:t xml:space="preserve">IV – ИТ</w:t>
              <w:br w:type="textWrapping"/>
              <w:t xml:space="preserve">11:00–12:30</w:t>
              <w:br w:type="textWrapping"/>
              <w:t xml:space="preserve">Увод у италијанску књижевност 1</w:t>
              <w:br w:type="textWrapping"/>
              <w:t xml:space="preserve">вјежбе — доц. др Сања Кобиљ Ћуић</w:t>
              <w:br w:type="textWrapping"/>
              <w:t xml:space="preserve">II</w:t>
              <w:br w:type="textWrapping"/>
              <w:t xml:space="preserve">12:30–14:00</w:t>
              <w:br w:type="textWrapping"/>
              <w:t xml:space="preserve">Савремени француски језик 1</w:t>
              <w:br w:type="textWrapping"/>
              <w:t xml:space="preserve">вјежбе — Милица Црнобрња, ма</w:t>
              <w:br w:type="textWrapping"/>
              <w:t xml:space="preserve">I</w:t>
              <w:br w:type="textWrapping"/>
              <w:t xml:space="preserve">14:00–14:45</w:t>
              <w:br w:type="textWrapping"/>
              <w:t xml:space="preserve">Француска књижевност 1</w:t>
              <w:br w:type="textWrapping"/>
              <w:t xml:space="preserve">вјежбе — Милица Црнобрња, ма</w:t>
              <w:br w:type="textWrapping"/>
              <w:t xml:space="preserve">I</w:t>
              <w:br w:type="textWrapping"/>
              <w:t xml:space="preserve">14:45–16:15</w:t>
              <w:br w:type="textWrapping"/>
              <w:t xml:space="preserve">Увод у теорију књижевности</w:t>
              <w:br w:type="textWrapping"/>
              <w:t xml:space="preserve">предавања — доц. др Андреја Марић</w:t>
              <w:br w:type="textWrapping"/>
              <w:t xml:space="preserve">I</w:t>
              <w:br w:type="textWrapping"/>
              <w:t xml:space="preserve">18:15–19:45</w:t>
              <w:br w:type="textWrapping"/>
              <w:t xml:space="preserve">Савремени италијански језик 1</w:t>
              <w:br w:type="textWrapping"/>
              <w:t xml:space="preserve">вјежбе — Росела Монтибелер, ма</w:t>
              <w:br w:type="textWrapping"/>
              <w:t xml:space="preserve">I</w:t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СТУДИЈСКИ ПРОГРАМ РОМАНИСТИКЕ</w:t>
              <w:br w:type="textWrapping"/>
              <w:t xml:space="preserve">—</w:t>
            </w:r>
          </w:p>
        </w:tc>
      </w:tr>
    </w:tbl>
    <w:p w:rsidR="00000000" w:rsidDel="00000000" w:rsidP="00000000" w:rsidRDefault="00000000" w:rsidRPr="00000000" w14:paraId="0000000F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b w:val="1"/>
          <w:bCs w:val="1"/>
          <w:color w:val="1f4e79"/>
          <w:sz w:val="26"/>
          <w:szCs w:val="26"/>
          <w:rtl w:val="0"/>
        </w:rPr>
        <w:t xml:space="preserve">УЧИОНИЦА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00" w:lineRule="auto"/>
        <w:rPr/>
      </w:pPr>
      <w:r w:rsidDel="00000000" w:rsidR="00000000" w:rsidRPr="00000000">
        <w:rPr>
          <w:color w:val="5f5f5f"/>
          <w:sz w:val="17"/>
          <w:szCs w:val="17"/>
          <w:rtl w:val="0"/>
        </w:rPr>
        <w:t xml:space="preserve">Обједињени преглед коришћења просторије · академска 2026/2027. година</w:t>
      </w:r>
      <w:r w:rsidDel="00000000" w:rsidR="00000000" w:rsidRPr="00000000">
        <w:rPr>
          <w:rtl w:val="0"/>
        </w:rPr>
      </w:r>
    </w:p>
    <w:tbl>
      <w:tblPr>
        <w:tblStyle w:val="Table2"/>
        <w:tblW w:w="14545.0" w:type="dxa"/>
        <w:jc w:val="center"/>
        <w:tblLayout w:type="fixed"/>
        <w:tblLook w:val="0400"/>
      </w:tblPr>
      <w:tblGrid>
        <w:gridCol w:w="2909"/>
        <w:gridCol w:w="2909"/>
        <w:gridCol w:w="2909"/>
        <w:gridCol w:w="2909"/>
        <w:gridCol w:w="2909"/>
        <w:tblGridChange w:id="0">
          <w:tblGrid>
            <w:gridCol w:w="2909"/>
            <w:gridCol w:w="2909"/>
            <w:gridCol w:w="2909"/>
            <w:gridCol w:w="2909"/>
            <w:gridCol w:w="2909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="228" w:lineRule="auto"/>
              <w:rPr/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СТУДИЈСКИ ПРОГРАМ РУСКОГ И СРПСКОГ ЈЕЗИКА И КЊИЖЕВНОСТИ</w:t>
              <w:br w:type="textWrapping"/>
              <w:t xml:space="preserve">11:45–13:15</w:t>
              <w:br w:type="textWrapping"/>
              <w:t xml:space="preserve">Српска књижевност 20. вијека 1, В — доц. др Андреја Марић</w:t>
              <w:br w:type="textWrapping"/>
              <w:br w:type="textWrapping"/>
              <w:t xml:space="preserve">13:15–15:30</w:t>
              <w:br w:type="textWrapping"/>
              <w:t xml:space="preserve">Руски језик 1, П+В — проф. др Биљана Марић</w:t>
              <w:br w:type="textWrapping"/>
              <w:br w:type="textWrapping"/>
              <w:t xml:space="preserve">15:30–16:15</w:t>
              <w:br w:type="textWrapping"/>
              <w:t xml:space="preserve">Историја српског језика 1, В — В. Берак</w:t>
              <w:br w:type="textWrapping"/>
              <w:br w:type="textWrapping"/>
              <w:t xml:space="preserve">16:15–17:45</w:t>
              <w:br w:type="textWrapping"/>
              <w:t xml:space="preserve">Старословенски језик 1, В — В. Берак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="228" w:lineRule="auto"/>
              <w:rPr/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СТУДИЈСКИ ПРОГРАМ РУСКОГ И СРПСКОГ ЈЕЗИКА И КЊИЖЕВНОСТИ</w:t>
              <w:br w:type="textWrapping"/>
            </w: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09:00–10:30</w:t>
              <w:br w:type="textWrapping"/>
              <w:t xml:space="preserve">Савремени руски језик 7, В — Галина-Марија Мићић</w:t>
              <w:br w:type="textWrapping"/>
            </w: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br w:type="textWrapping"/>
            </w: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11:00–12:30</w:t>
            </w: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br w:type="textWrapping"/>
              <w:t xml:space="preserve">Руска књижевност 20. вијека 2, В — Галина-Марија Мићић</w:t>
              <w:br w:type="textWrapping"/>
              <w:br w:type="textWrapping"/>
              <w:t xml:space="preserve">13:00–14:30</w:t>
              <w:br w:type="textWrapping"/>
              <w:t xml:space="preserve">Синтакса српског језика 2, П — проф. др Мијана Кубурић Мацура</w:t>
              <w:br w:type="textWrapping"/>
              <w:br w:type="textWrapping"/>
              <w:t xml:space="preserve">14:30–16:45</w:t>
              <w:br w:type="textWrapping"/>
              <w:t xml:space="preserve">Морфологија српског језика, П — доц. др Горан Милашин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="228" w:lineRule="auto"/>
              <w:rPr/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СТУДИЈСКИ ПРОГРАМ РУСКОГ И СРПСКОГ ЈЕЗИКА И КЊИЖЕВНОСТИ</w:t>
              <w:br w:type="textWrapping"/>
              <w:t xml:space="preserve">09:30–11:00</w:t>
              <w:br w:type="textWrapping"/>
              <w:t xml:space="preserve">Српска књижевност 20. вијека 1, П — проф. др Ранко Поповић</w:t>
              <w:br w:type="textWrapping"/>
              <w:br w:type="textWrapping"/>
              <w:t xml:space="preserve">11:30–12:15</w:t>
              <w:br w:type="textWrapping"/>
              <w:t xml:space="preserve">Синтакса српског језика 2, В — С. Леро Максимовић</w:t>
              <w:br w:type="textWrapping"/>
              <w:br w:type="textWrapping"/>
              <w:t xml:space="preserve">12:15–13:45</w:t>
              <w:br w:type="textWrapping"/>
              <w:t xml:space="preserve">Историја српске културе — проф. др Славица Васиљевић Илић</w:t>
              <w:br w:type="textWrapping"/>
              <w:br w:type="textWrapping"/>
              <w:t xml:space="preserve">14:00–15:30</w:t>
              <w:br w:type="textWrapping"/>
              <w:t xml:space="preserve">Морфологија српског језика, В — доц. др Горан Милашин</w:t>
              <w:br w:type="textWrapping"/>
              <w:br w:type="textWrapping"/>
              <w:t xml:space="preserve">15:30–17:00</w:t>
              <w:br w:type="textWrapping"/>
              <w:t xml:space="preserve">Синтакса руског језика 2, В — Наташа Кецман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="228" w:lineRule="auto"/>
              <w:rPr/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СТУДИЈСКИ ПРОГРАМ РУСКОГ И СРПСКОГ ЈЕЗИКА И КЊИЖЕВНОСТИ</w:t>
              <w:br w:type="textWrapping"/>
              <w:t xml:space="preserve">11:15–12:45</w:t>
              <w:br w:type="textWrapping"/>
              <w:t xml:space="preserve">Српска књижевност 19. вијека 1, П — проф. др Младенко Саџак</w:t>
              <w:br w:type="textWrapping"/>
              <w:br w:type="textWrapping"/>
              <w:t xml:space="preserve">13:30–15:00</w:t>
              <w:br w:type="textWrapping"/>
              <w:t xml:space="preserve">Савремени руски језик 3, В — Наташа Кецман</w:t>
              <w:br w:type="textWrapping"/>
              <w:br w:type="textWrapping"/>
              <w:t xml:space="preserve">15:00–16:30</w:t>
              <w:br w:type="textWrapping"/>
              <w:t xml:space="preserve">Морфологија 2, В — Наташа Кецман</w:t>
              <w:br w:type="textWrapping"/>
              <w:br w:type="textWrapping"/>
              <w:t xml:space="preserve">16:30–20:00</w:t>
              <w:br w:type="textWrapping"/>
              <w:t xml:space="preserve">Центар за руске студије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="228" w:lineRule="auto"/>
              <w:rPr/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СТУДИЈСКИ ПРОГРАМ РУСКОГ И СРПСКОГ ЈЕЗИКА И КЊИЖЕВНОСТИ</w:t>
              <w:br w:type="textWrapping"/>
              <w:t xml:space="preserve">11:00–12:30</w:t>
              <w:br w:type="textWrapping"/>
              <w:t xml:space="preserve">Англисти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b w:val="1"/>
          <w:bCs w:val="1"/>
          <w:color w:val="1f4e79"/>
          <w:sz w:val="26"/>
          <w:szCs w:val="26"/>
          <w:rtl w:val="0"/>
        </w:rPr>
        <w:t xml:space="preserve">УЧИОНИЦА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00" w:lineRule="auto"/>
        <w:rPr/>
      </w:pPr>
      <w:r w:rsidDel="00000000" w:rsidR="00000000" w:rsidRPr="00000000">
        <w:rPr>
          <w:color w:val="5f5f5f"/>
          <w:sz w:val="17"/>
          <w:szCs w:val="17"/>
          <w:rtl w:val="0"/>
        </w:rPr>
        <w:t xml:space="preserve">Обједињени преглед коришћења просторије · академска 2026/2027. година</w:t>
      </w:r>
      <w:r w:rsidDel="00000000" w:rsidR="00000000" w:rsidRPr="00000000">
        <w:rPr>
          <w:rtl w:val="0"/>
        </w:rPr>
      </w:r>
    </w:p>
    <w:tbl>
      <w:tblPr>
        <w:tblStyle w:val="Table3"/>
        <w:tblW w:w="14545.0" w:type="dxa"/>
        <w:jc w:val="center"/>
        <w:tblLayout w:type="fixed"/>
        <w:tblLook w:val="0400"/>
      </w:tblPr>
      <w:tblGrid>
        <w:gridCol w:w="2909"/>
        <w:gridCol w:w="2909"/>
        <w:gridCol w:w="2909"/>
        <w:gridCol w:w="2909"/>
        <w:gridCol w:w="2909"/>
        <w:tblGridChange w:id="0">
          <w:tblGrid>
            <w:gridCol w:w="2909"/>
            <w:gridCol w:w="2909"/>
            <w:gridCol w:w="2909"/>
            <w:gridCol w:w="2909"/>
            <w:gridCol w:w="2909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28" w:lineRule="auto"/>
              <w:rPr>
                <w:color w:val="1f1f1f"/>
                <w:sz w:val="16"/>
                <w:szCs w:val="16"/>
              </w:rPr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СТУДИЈСКИ ПРОГРАМ РОМАНИСТИКЕ</w:t>
              <w:br w:type="textWrapping"/>
              <w:t xml:space="preserve">10:00–11:30</w:t>
              <w:br w:type="textWrapping"/>
              <w:t xml:space="preserve">Савремени италијански језик 5</w:t>
              <w:br w:type="textWrapping"/>
              <w:t xml:space="preserve">предавања — доц. др Мариа Форнари</w:t>
              <w:br w:type="textWrapping"/>
              <w:t xml:space="preserve">III – ИТ / III – ФР</w:t>
              <w:br w:type="textWrapping"/>
              <w:t xml:space="preserve">11:30–13:00</w:t>
              <w:br w:type="textWrapping"/>
              <w:t xml:space="preserve">Увод у италијанску књижевност 1</w:t>
              <w:br w:type="textWrapping"/>
              <w:t xml:space="preserve">предавања — доц. др Сања Кобиљ Ћуић</w:t>
            </w:r>
          </w:p>
          <w:p w:rsidR="00000000" w:rsidDel="00000000" w:rsidP="00000000" w:rsidRDefault="00000000" w:rsidRPr="00000000" w14:paraId="00000025">
            <w:pPr>
              <w:spacing w:after="0" w:line="228" w:lineRule="auto"/>
              <w:rPr>
                <w:color w:val="1f1f1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0" w:line="228" w:lineRule="auto"/>
              <w:rPr>
                <w:color w:val="1f1f1f"/>
                <w:sz w:val="16"/>
                <w:szCs w:val="16"/>
              </w:rPr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13:00-14:30</w:t>
            </w:r>
          </w:p>
          <w:p w:rsidR="00000000" w:rsidDel="00000000" w:rsidP="00000000" w:rsidRDefault="00000000" w:rsidRPr="00000000" w14:paraId="00000027">
            <w:pPr>
              <w:spacing w:after="0" w:line="228" w:lineRule="auto"/>
              <w:rPr>
                <w:color w:val="1f1f1f"/>
                <w:sz w:val="16"/>
                <w:szCs w:val="16"/>
              </w:rPr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Увод у женску књижевност, предавања - доц. Др Сања Кобиљ Ћуић</w:t>
              <w:br w:type="textWrapping"/>
              <w:t xml:space="preserve">II</w:t>
              <w:br w:type="textWrapping"/>
              <w:t xml:space="preserve">14:30–16:00</w:t>
              <w:br w:type="textWrapping"/>
              <w:t xml:space="preserve">Романска лингвистика 3</w:t>
              <w:br w:type="textWrapping"/>
              <w:t xml:space="preserve">предавања — пеоф.  др Марија Рунић</w:t>
              <w:br w:type="textWrapping"/>
              <w:t xml:space="preserve">II</w:t>
              <w:br w:type="textWrapping"/>
              <w:t xml:space="preserve">16:00–17:30</w:t>
              <w:br w:type="textWrapping"/>
              <w:t xml:space="preserve">Савремени италијански језик 3</w:t>
              <w:br w:type="textWrapping"/>
              <w:t xml:space="preserve">вјежбе — Росела Монтибелер, ма</w:t>
              <w:br w:type="textWrapping"/>
              <w:t xml:space="preserve">II</w:t>
            </w:r>
          </w:p>
          <w:p w:rsidR="00000000" w:rsidDel="00000000" w:rsidP="00000000" w:rsidRDefault="00000000" w:rsidRPr="00000000" w14:paraId="00000028">
            <w:pPr>
              <w:spacing w:after="0" w:line="228" w:lineRule="auto"/>
              <w:rPr>
                <w:color w:val="1f1f1f"/>
                <w:sz w:val="16"/>
                <w:szCs w:val="16"/>
              </w:rPr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18:00–20:00</w:t>
              <w:br w:type="textWrapping"/>
              <w:t xml:space="preserve">Курс шпанског језика</w:t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line="228" w:lineRule="auto"/>
              <w:rPr/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СТУДИЈСКИ ПРОГРАМ РОМАНИСТИКЕ</w:t>
              <w:br w:type="textWrapping"/>
              <w:t xml:space="preserve">10:30–12:00</w:t>
              <w:br w:type="textWrapping"/>
              <w:t xml:space="preserve">Савремени италијански језик 7</w:t>
              <w:br w:type="textWrapping"/>
              <w:t xml:space="preserve">вјежбе — доц. др Мариа Форнари</w:t>
              <w:br w:type="textWrapping"/>
              <w:t xml:space="preserve">IV – ИТ / IV – ФР</w:t>
              <w:br w:type="textWrapping"/>
              <w:t xml:space="preserve">12:00–13:30</w:t>
              <w:br w:type="textWrapping"/>
              <w:t xml:space="preserve">Италијанска поезија 20. вијека</w:t>
              <w:br w:type="textWrapping"/>
              <w:t xml:space="preserve">предавања и вјежбе — проф. др Роберто Руси</w:t>
              <w:br w:type="textWrapping"/>
              <w:t xml:space="preserve">IV – ИТ</w:t>
              <w:br w:type="textWrapping"/>
              <w:t xml:space="preserve">14:30–16:00</w:t>
              <w:br w:type="textWrapping"/>
              <w:t xml:space="preserve">Историја италијанские кинематографије</w:t>
              <w:br w:type="textWrapping"/>
              <w:t xml:space="preserve">предавања — проф. др Стефано Адамо</w:t>
              <w:br w:type="textWrapping"/>
              <w:t xml:space="preserve">III – ИТ</w:t>
              <w:br w:type="textWrapping"/>
              <w:t xml:space="preserve">17:00–20:00</w:t>
              <w:br w:type="textWrapping"/>
              <w:t xml:space="preserve">Курс шпанског језика</w:t>
              <w:br w:type="textWrapping"/>
              <w:t xml:space="preserve">курс</w:t>
              <w:br w:type="textWrapping"/>
              <w:t xml:space="preserve">Остало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line="228" w:lineRule="auto"/>
              <w:rPr/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СТУДИЈСКИ ПРОГРАМ РОМАНИСТИКЕ</w:t>
              <w:br w:type="textWrapping"/>
              <w:t xml:space="preserve">09:00–12:00</w:t>
              <w:br w:type="textWrapping"/>
              <w:t xml:space="preserve">Италијанска средњовјековна и модерна књижевност</w:t>
              <w:br w:type="textWrapping"/>
              <w:t xml:space="preserve">предавања и вјежбе — проф. др Роберто Руси</w:t>
              <w:br w:type="textWrapping"/>
              <w:t xml:space="preserve">III – ИТ</w:t>
              <w:br w:type="textWrapping"/>
              <w:t xml:space="preserve">12:30–14:00</w:t>
              <w:br w:type="textWrapping"/>
              <w:t xml:space="preserve">Савремени италијански језик 5</w:t>
              <w:br w:type="textWrapping"/>
              <w:t xml:space="preserve">вјежбе — доц. др Мариа Форнари</w:t>
              <w:br w:type="textWrapping"/>
              <w:t xml:space="preserve">III – ИТ</w:t>
              <w:br w:type="textWrapping"/>
              <w:t xml:space="preserve">14:00–15:30</w:t>
              <w:br w:type="textWrapping"/>
              <w:t xml:space="preserve">Италијанска култура 1</w:t>
              <w:br w:type="textWrapping"/>
              <w:t xml:space="preserve">вјежбе — доц. др Дејан Малчић</w:t>
              <w:br w:type="textWrapping"/>
              <w:t xml:space="preserve">I</w:t>
              <w:br w:type="textWrapping"/>
              <w:t xml:space="preserve">15:30–17:00</w:t>
              <w:br w:type="textWrapping"/>
              <w:t xml:space="preserve">Савремени италијански језик 3</w:t>
              <w:br w:type="textWrapping"/>
              <w:t xml:space="preserve">предавања — доц. др Дејан Малчић</w:t>
              <w:br w:type="textWrapping"/>
              <w:t xml:space="preserve">II</w:t>
              <w:br w:type="textWrapping"/>
              <w:t xml:space="preserve">17:00–18:30</w:t>
              <w:br w:type="textWrapping"/>
              <w:t xml:space="preserve">Италијански језик 1, изборни</w:t>
              <w:br w:type="textWrapping"/>
              <w:t xml:space="preserve">предавања — доц. др Дејан Малчић</w:t>
              <w:br w:type="textWrapping"/>
              <w:t xml:space="preserve">Изборни / није наведена година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line="228" w:lineRule="auto"/>
              <w:rPr/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СТУДИЈСКИ ПРОГРАМ РОМАНИСТИКЕ</w:t>
              <w:br w:type="textWrapping"/>
              <w:t xml:space="preserve">10:00–11:30</w:t>
              <w:br w:type="textWrapping"/>
              <w:t xml:space="preserve">Савремени италијански језик 5</w:t>
              <w:br w:type="textWrapping"/>
              <w:t xml:space="preserve">вјежбе — доц. др Мариа Форнари</w:t>
              <w:br w:type="textWrapping"/>
              <w:t xml:space="preserve">III – ИТ</w:t>
              <w:br w:type="textWrapping"/>
              <w:t xml:space="preserve">11:30–13:00</w:t>
              <w:br w:type="textWrapping"/>
              <w:t xml:space="preserve">Савремени италијански језик 7</w:t>
              <w:br w:type="textWrapping"/>
              <w:t xml:space="preserve">предавања — доц. др Мариа Форнари</w:t>
              <w:br w:type="textWrapping"/>
              <w:t xml:space="preserve">IV – ИТ</w:t>
              <w:br w:type="textWrapping"/>
              <w:t xml:space="preserve">15:00–15:45</w:t>
              <w:br w:type="textWrapping"/>
              <w:t xml:space="preserve">Француска књижевност 3</w:t>
              <w:br w:type="textWrapping"/>
              <w:t xml:space="preserve">вјежбе — Милица Црнобрња, ма</w:t>
              <w:br w:type="textWrapping"/>
              <w:t xml:space="preserve">II</w:t>
              <w:br w:type="textWrapping"/>
              <w:t xml:space="preserve">16:00–18:15</w:t>
              <w:br w:type="textWrapping"/>
              <w:t xml:space="preserve">Савремени италијански језик 3</w:t>
              <w:br w:type="textWrapping"/>
              <w:t xml:space="preserve">вјежбе — Росела Монтибелер, ма</w:t>
              <w:br w:type="textWrapping"/>
              <w:t xml:space="preserve">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0" w:line="228" w:lineRule="auto"/>
              <w:rPr/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СТУДИЈСКИ ПРОГРАМ РОМАНИСТИКЕ</w:t>
              <w:br w:type="textWrapping"/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center"/>
        <w:rPr/>
      </w:pPr>
      <w:r w:rsidDel="00000000" w:rsidR="00000000" w:rsidRPr="00000000">
        <w:rPr>
          <w:b w:val="1"/>
          <w:bCs w:val="1"/>
          <w:color w:val="1f4e79"/>
          <w:sz w:val="26"/>
          <w:szCs w:val="26"/>
          <w:rtl w:val="0"/>
        </w:rPr>
        <w:t xml:space="preserve">УЧИОНИЦА 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100" w:lineRule="auto"/>
        <w:jc w:val="center"/>
        <w:rPr/>
      </w:pPr>
      <w:r w:rsidDel="00000000" w:rsidR="00000000" w:rsidRPr="00000000">
        <w:rPr>
          <w:sz w:val="19"/>
          <w:szCs w:val="19"/>
          <w:rtl w:val="0"/>
        </w:rPr>
        <w:t xml:space="preserve">Обједињени преглед коришћења просторије · академска 2026/2027. година</w:t>
      </w:r>
      <w:r w:rsidDel="00000000" w:rsidR="00000000" w:rsidRPr="00000000">
        <w:rPr>
          <w:rtl w:val="0"/>
        </w:rPr>
      </w:r>
    </w:p>
    <w:tbl>
      <w:tblPr>
        <w:tblStyle w:val="Table4"/>
        <w:tblW w:w="15200.0" w:type="dxa"/>
        <w:jc w:val="center"/>
        <w:tblLayout w:type="fixed"/>
        <w:tblLook w:val="0400"/>
      </w:tblPr>
      <w:tblGrid>
        <w:gridCol w:w="3040"/>
        <w:gridCol w:w="3040"/>
        <w:gridCol w:w="3040"/>
        <w:gridCol w:w="3040"/>
        <w:gridCol w:w="3040"/>
        <w:tblGridChange w:id="0">
          <w:tblGrid>
            <w:gridCol w:w="3040"/>
            <w:gridCol w:w="3040"/>
            <w:gridCol w:w="3040"/>
            <w:gridCol w:w="3040"/>
            <w:gridCol w:w="3040"/>
          </w:tblGrid>
        </w:tblGridChange>
      </w:tblGrid>
      <w:tr>
        <w:trPr>
          <w:cantSplit w:val="0"/>
          <w:tblHeader w:val="0"/>
        </w:trPr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b85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8.00–9.30</w:t>
              <w:br w:type="textWrapping"/>
              <w:t xml:space="preserve">СЛОБОДАН ТЕРМИН</w:t>
            </w:r>
          </w:p>
        </w:tc>
        <w:tc>
          <w:tcPr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8.00–9.30</w:t>
              <w:br w:type="textWrapping"/>
              <w:t xml:space="preserve">СЛОБОДАН ТЕРМИН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9.00–10.45</w:t>
            </w:r>
            <w:r w:rsidDel="00000000" w:rsidR="00000000" w:rsidRPr="00000000">
              <w:rPr>
                <w:rtl w:val="0"/>
              </w:rPr>
              <w:br w:type="textWrapping"/>
              <w:t xml:space="preserve">Психологија </w:t>
            </w:r>
          </w:p>
          <w:p w:rsidR="00000000" w:rsidDel="00000000" w:rsidP="00000000" w:rsidRDefault="00000000" w:rsidRPr="00000000" w14:paraId="0000003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др Страхиња Димитријевић, ванредни професор</w:t>
            </w:r>
          </w:p>
        </w:tc>
        <w:tc>
          <w:tcPr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8.00–11.00</w:t>
              <w:br w:type="textWrapping"/>
              <w:t xml:space="preserve">СЛОБОДАН ТЕРМИН</w:t>
            </w:r>
          </w:p>
        </w:tc>
        <w:tc>
          <w:tcPr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8.00–9.45</w:t>
              <w:br w:type="textWrapping"/>
              <w:t xml:space="preserve">СЛОБОДАН ТЕРМИН</w:t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9.30–11.00</w:t>
            </w:r>
            <w:r w:rsidDel="00000000" w:rsidR="00000000" w:rsidRPr="00000000">
              <w:rPr>
                <w:rtl w:val="0"/>
              </w:rPr>
              <w:br w:type="textWrapping"/>
              <w:t xml:space="preserve">Социолингвистика </w:t>
            </w:r>
          </w:p>
          <w:p w:rsidR="00000000" w:rsidDel="00000000" w:rsidP="00000000" w:rsidRDefault="00000000" w:rsidRPr="00000000" w14:paraId="0000003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др Јелена Шајиновић-Новаковић, редовни професор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9.30–12.30</w:t>
            </w:r>
            <w:r w:rsidDel="00000000" w:rsidR="00000000" w:rsidRPr="00000000">
              <w:rPr>
                <w:rtl w:val="0"/>
              </w:rPr>
              <w:br w:type="textWrapping"/>
              <w:t xml:space="preserve">Савремени енгл. језик 1 </w:t>
            </w:r>
          </w:p>
          <w:p w:rsidR="00000000" w:rsidDel="00000000" w:rsidP="00000000" w:rsidRDefault="00000000" w:rsidRPr="00000000" w14:paraId="0000003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Јована Јоргић, асистент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11.00–12.30</w:t>
            </w:r>
            <w:r w:rsidDel="00000000" w:rsidR="00000000" w:rsidRPr="00000000">
              <w:rPr>
                <w:rtl w:val="0"/>
              </w:rPr>
              <w:br w:type="textWrapping"/>
              <w:t xml:space="preserve">Америчка култура </w:t>
            </w:r>
          </w:p>
          <w:p w:rsidR="00000000" w:rsidDel="00000000" w:rsidP="00000000" w:rsidRDefault="00000000" w:rsidRPr="00000000" w14:paraId="0000004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др Данијела Мајсторовић, редовни професор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11.00–14.00</w:t>
            </w:r>
            <w:r w:rsidDel="00000000" w:rsidR="00000000" w:rsidRPr="00000000">
              <w:rPr>
                <w:rtl w:val="0"/>
              </w:rPr>
              <w:br w:type="textWrapping"/>
              <w:t xml:space="preserve">Савремени енгл. језик I </w:t>
            </w:r>
          </w:p>
          <w:p w:rsidR="00000000" w:rsidDel="00000000" w:rsidP="00000000" w:rsidRDefault="00000000" w:rsidRPr="00000000" w14:paraId="0000004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др Светлана Митић, доцент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9.45–12.45</w:t>
            </w:r>
            <w:r w:rsidDel="00000000" w:rsidR="00000000" w:rsidRPr="00000000">
              <w:rPr>
                <w:rtl w:val="0"/>
              </w:rPr>
              <w:br w:type="textWrapping"/>
              <w:t xml:space="preserve">Граматика енглеског језика  I </w:t>
            </w:r>
          </w:p>
          <w:p w:rsidR="00000000" w:rsidDel="00000000" w:rsidP="00000000" w:rsidRDefault="00000000" w:rsidRPr="00000000" w14:paraId="0000004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Сњежана Лепир, ма, виши асистент</w:t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11.00–12.30</w:t>
            </w:r>
            <w:r w:rsidDel="00000000" w:rsidR="00000000" w:rsidRPr="00000000">
              <w:rPr>
                <w:rtl w:val="0"/>
              </w:rPr>
              <w:br w:type="textWrapping"/>
              <w:t xml:space="preserve">Савремени енгл. језик III </w:t>
            </w:r>
          </w:p>
          <w:p w:rsidR="00000000" w:rsidDel="00000000" w:rsidP="00000000" w:rsidRDefault="00000000" w:rsidRPr="00000000" w14:paraId="0000004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др Дејан Милиновић, доцент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12.30–14.00</w:t>
            </w:r>
            <w:r w:rsidDel="00000000" w:rsidR="00000000" w:rsidRPr="00000000">
              <w:rPr>
                <w:rtl w:val="0"/>
              </w:rPr>
              <w:br w:type="textWrapping"/>
              <w:t xml:space="preserve">Креативно писање </w:t>
            </w:r>
          </w:p>
          <w:p w:rsidR="00000000" w:rsidDel="00000000" w:rsidP="00000000" w:rsidRDefault="00000000" w:rsidRPr="00000000" w14:paraId="0000004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др Татјана Бијелић, редовни професор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12.30–14.00</w:t>
            </w:r>
            <w:r w:rsidDel="00000000" w:rsidR="00000000" w:rsidRPr="00000000">
              <w:rPr>
                <w:rtl w:val="0"/>
              </w:rPr>
              <w:br w:type="textWrapping"/>
              <w:t xml:space="preserve">Синтакса енгл. језика II </w:t>
            </w:r>
          </w:p>
          <w:p w:rsidR="00000000" w:rsidDel="00000000" w:rsidP="00000000" w:rsidRDefault="00000000" w:rsidRPr="00000000" w14:paraId="0000004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др Татјана Марјановић, редовни професор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14.00–15.30</w:t>
            </w:r>
            <w:r w:rsidDel="00000000" w:rsidR="00000000" w:rsidRPr="00000000">
              <w:rPr>
                <w:rtl w:val="0"/>
              </w:rPr>
              <w:br w:type="textWrapping"/>
              <w:t xml:space="preserve">Савремени енглески роман  </w:t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др Дијана Тица, редовни професор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13.00–14.30</w:t>
            </w:r>
            <w:r w:rsidDel="00000000" w:rsidR="00000000" w:rsidRPr="00000000">
              <w:rPr>
                <w:rtl w:val="0"/>
              </w:rPr>
              <w:br w:type="textWrapping"/>
              <w:t xml:space="preserve">Морфосинтакса енгл. језика II </w:t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Сњежана Лепир, ма, виши асистент</w:t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12.30–14.00</w:t>
            </w:r>
            <w:r w:rsidDel="00000000" w:rsidR="00000000" w:rsidRPr="00000000">
              <w:rPr>
                <w:rtl w:val="0"/>
              </w:rPr>
              <w:br w:type="textWrapping"/>
              <w:t xml:space="preserve">Модална семантика </w:t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др Јелена Шајиновић-Новаковић, редовни професор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14.00–15.30</w:t>
            </w:r>
            <w:r w:rsidDel="00000000" w:rsidR="00000000" w:rsidRPr="00000000">
              <w:rPr>
                <w:rtl w:val="0"/>
              </w:rPr>
              <w:br w:type="textWrapping"/>
              <w:t xml:space="preserve">Савремени енглески роман </w:t>
            </w:r>
          </w:p>
          <w:p w:rsidR="00000000" w:rsidDel="00000000" w:rsidP="00000000" w:rsidRDefault="00000000" w:rsidRPr="00000000" w14:paraId="0000005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др Дијана Тица, редовни професор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14.00–15.30</w:t>
            </w:r>
            <w:r w:rsidDel="00000000" w:rsidR="00000000" w:rsidRPr="00000000">
              <w:rPr>
                <w:rtl w:val="0"/>
              </w:rPr>
              <w:br w:type="textWrapping"/>
              <w:t xml:space="preserve">Лексикологија </w:t>
            </w:r>
          </w:p>
          <w:p w:rsidR="00000000" w:rsidDel="00000000" w:rsidP="00000000" w:rsidRDefault="00000000" w:rsidRPr="00000000" w14:paraId="0000005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 – др Жељка Бабић, редовни професор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15.30–16.15</w:t>
            </w:r>
            <w:r w:rsidDel="00000000" w:rsidR="00000000" w:rsidRPr="00000000">
              <w:rPr>
                <w:rtl w:val="0"/>
              </w:rPr>
              <w:br w:type="textWrapping"/>
              <w:t xml:space="preserve">Савремени енгл. језик V </w:t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др Данијела Мајсторовић, редовни професор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14.30–16.00</w:t>
            </w:r>
            <w:r w:rsidDel="00000000" w:rsidR="00000000" w:rsidRPr="00000000">
              <w:rPr>
                <w:rtl w:val="0"/>
              </w:rPr>
              <w:br w:type="textWrapping"/>
              <w:t xml:space="preserve">Савремени енгл. језик V </w:t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др Јасна Јуришић Рољић, доцент</w:t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14.00–15.30</w:t>
            </w:r>
            <w:r w:rsidDel="00000000" w:rsidR="00000000" w:rsidRPr="00000000">
              <w:rPr>
                <w:rtl w:val="0"/>
              </w:rPr>
              <w:br w:type="textWrapping"/>
              <w:t xml:space="preserve">Енглеска књижевност модернизма </w:t>
            </w:r>
          </w:p>
          <w:p w:rsidR="00000000" w:rsidDel="00000000" w:rsidP="00000000" w:rsidRDefault="00000000" w:rsidRPr="00000000" w14:paraId="0000005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мр Бранко Црногорац, наставник стр. језика и вјештина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15.30–17.00</w:t>
            </w:r>
            <w:r w:rsidDel="00000000" w:rsidR="00000000" w:rsidRPr="00000000">
              <w:rPr>
                <w:rtl w:val="0"/>
              </w:rPr>
              <w:br w:type="textWrapping"/>
              <w:t xml:space="preserve">Британска култура </w:t>
            </w:r>
          </w:p>
          <w:p w:rsidR="00000000" w:rsidDel="00000000" w:rsidP="00000000" w:rsidRDefault="00000000" w:rsidRPr="00000000" w14:paraId="0000005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др Татјана Марјановић, редовни професор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15.30–17.00</w:t>
            </w:r>
            <w:r w:rsidDel="00000000" w:rsidR="00000000" w:rsidRPr="00000000">
              <w:rPr>
                <w:rtl w:val="0"/>
              </w:rPr>
              <w:br w:type="textWrapping"/>
              <w:t xml:space="preserve">Методика II </w:t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 др Светлана Митић, доцент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16.15–17.45</w:t>
            </w:r>
            <w:r w:rsidDel="00000000" w:rsidR="00000000" w:rsidRPr="00000000">
              <w:rPr>
                <w:rtl w:val="0"/>
              </w:rPr>
              <w:br w:type="textWrapping"/>
              <w:t xml:space="preserve">Морфосинтакса енглеског језика II </w:t>
            </w:r>
          </w:p>
          <w:p w:rsidR="00000000" w:rsidDel="00000000" w:rsidP="00000000" w:rsidRDefault="00000000" w:rsidRPr="00000000" w14:paraId="0000006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др Емир Мухић, ванредни професор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16.00–17.30</w:t>
            </w:r>
            <w:r w:rsidDel="00000000" w:rsidR="00000000" w:rsidRPr="00000000">
              <w:rPr>
                <w:rtl w:val="0"/>
              </w:rPr>
              <w:br w:type="textWrapping"/>
              <w:t xml:space="preserve">Савремени енгл. језик VII </w:t>
            </w:r>
          </w:p>
          <w:p w:rsidR="00000000" w:rsidDel="00000000" w:rsidP="00000000" w:rsidRDefault="00000000" w:rsidRPr="00000000" w14:paraId="0000006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др Емир Мухић, ванредни професор</w:t>
            </w:r>
          </w:p>
        </w:tc>
      </w:tr>
      <w:tr>
        <w:trPr>
          <w:cantSplit w:val="0"/>
          <w:tblHeader w:val="0"/>
        </w:trPr>
        <w:tc>
          <w:tcPr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15.30–17.00</w:t>
              <w:br w:type="textWrapping"/>
              <w:t xml:space="preserve">СЛОБОДАН ТЕРМИН</w:t>
            </w:r>
          </w:p>
        </w:tc>
        <w:tc>
          <w:tcPr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17.00–20.00</w:t>
              <w:br w:type="textWrapping"/>
              <w:t xml:space="preserve">СЛОБОДАН ТЕРМИН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17.00–18.30</w:t>
            </w:r>
            <w:r w:rsidDel="00000000" w:rsidR="00000000" w:rsidRPr="00000000">
              <w:rPr>
                <w:rtl w:val="0"/>
              </w:rPr>
              <w:br w:type="textWrapping"/>
              <w:t xml:space="preserve">Савремени енгл. језик I </w:t>
            </w:r>
          </w:p>
          <w:p w:rsidR="00000000" w:rsidDel="00000000" w:rsidP="00000000" w:rsidRDefault="00000000" w:rsidRPr="00000000" w14:paraId="0000006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В – др Светлана Митић, доцент</w:t>
            </w:r>
          </w:p>
        </w:tc>
        <w:tc>
          <w:tcPr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17.45–20.00</w:t>
              <w:br w:type="textWrapping"/>
              <w:t xml:space="preserve">СЛОБОДАН ТЕРМИН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17.30–19.00</w:t>
            </w:r>
            <w:r w:rsidDel="00000000" w:rsidR="00000000" w:rsidRPr="00000000">
              <w:rPr>
                <w:rtl w:val="0"/>
              </w:rPr>
              <w:br w:type="textWrapping"/>
              <w:t xml:space="preserve">Фонологија енгл. језика </w:t>
            </w:r>
          </w:p>
          <w:p w:rsidR="00000000" w:rsidDel="00000000" w:rsidP="00000000" w:rsidRDefault="00000000" w:rsidRPr="00000000" w14:paraId="0000006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др Емир Мухић, ванредни професор</w:t>
            </w:r>
          </w:p>
        </w:tc>
      </w:tr>
      <w:tr>
        <w:trPr>
          <w:cantSplit w:val="0"/>
          <w:tblHeader w:val="0"/>
        </w:trPr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17.00–18.30</w:t>
            </w:r>
            <w:r w:rsidDel="00000000" w:rsidR="00000000" w:rsidRPr="00000000">
              <w:rPr>
                <w:rtl w:val="0"/>
              </w:rPr>
              <w:br w:type="textWrapping"/>
              <w:t xml:space="preserve">Семантика </w:t>
            </w:r>
          </w:p>
          <w:p w:rsidR="00000000" w:rsidDel="00000000" w:rsidP="00000000" w:rsidRDefault="00000000" w:rsidRPr="00000000" w14:paraId="0000006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П – др Далибор Кесић, редовни професор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18.30–20.00</w:t>
              <w:br w:type="textWrapping"/>
              <w:t xml:space="preserve">СЛОБОДАН ТЕРМИН</w:t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18.30–20.00</w:t>
              <w:br w:type="textWrapping"/>
              <w:t xml:space="preserve">СЛОБОДАН ТЕРМИН</w:t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8fb" w:val="clear"/>
            <w:tcMar>
              <w:top w:w="85.0" w:type="dxa"/>
              <w:bottom w:w="85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spacing w:after="10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b w:val="1"/>
          <w:bCs w:val="1"/>
          <w:color w:val="1f4e79"/>
          <w:sz w:val="26"/>
          <w:szCs w:val="26"/>
          <w:rtl w:val="0"/>
        </w:rPr>
        <w:t xml:space="preserve">УЧИОНИЦА 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100" w:lineRule="auto"/>
        <w:rPr/>
      </w:pPr>
      <w:r w:rsidDel="00000000" w:rsidR="00000000" w:rsidRPr="00000000">
        <w:rPr>
          <w:color w:val="5f5f5f"/>
          <w:sz w:val="17"/>
          <w:szCs w:val="17"/>
          <w:rtl w:val="0"/>
        </w:rPr>
        <w:t xml:space="preserve">Обједињени преглед коришћења просторије · академска 2026/2027. година</w:t>
      </w:r>
      <w:r w:rsidDel="00000000" w:rsidR="00000000" w:rsidRPr="00000000">
        <w:rPr>
          <w:rtl w:val="0"/>
        </w:rPr>
      </w:r>
    </w:p>
    <w:tbl>
      <w:tblPr>
        <w:tblStyle w:val="Table5"/>
        <w:tblW w:w="14545.0" w:type="dxa"/>
        <w:jc w:val="center"/>
        <w:tblLayout w:type="fixed"/>
        <w:tblLook w:val="0400"/>
      </w:tblPr>
      <w:tblGrid>
        <w:gridCol w:w="2909"/>
        <w:gridCol w:w="2909"/>
        <w:gridCol w:w="2909"/>
        <w:gridCol w:w="2909"/>
        <w:gridCol w:w="2909"/>
        <w:tblGridChange w:id="0">
          <w:tblGrid>
            <w:gridCol w:w="2909"/>
            <w:gridCol w:w="2909"/>
            <w:gridCol w:w="2909"/>
            <w:gridCol w:w="2909"/>
            <w:gridCol w:w="2909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spacing w:after="0" w:line="228" w:lineRule="auto"/>
              <w:rPr>
                <w:color w:val="1f1f1f"/>
              </w:rPr>
            </w:pPr>
            <w:r w:rsidDel="00000000" w:rsidR="00000000" w:rsidRPr="00000000">
              <w:rPr>
                <w:color w:val="1f1f1f"/>
                <w:rtl w:val="0"/>
              </w:rPr>
              <w:t xml:space="preserve">СТУДИЈСКИ ПРОГРАМ ЊЕМАЧКОГ ЈЕЗИКА И КЊИЖЕВНОСТИ</w:t>
              <w:br w:type="textWrapping"/>
              <w:t xml:space="preserve">09.00–10.30</w:t>
              <w:br w:type="textWrapping"/>
              <w:t xml:space="preserve">Лекторске вјежбе (вјежбе) · 1. година</w:t>
              <w:br w:type="textWrapping"/>
              <w:br w:type="textWrapping"/>
              <w:t xml:space="preserve">10.30–12.00</w:t>
              <w:br w:type="textWrapping"/>
              <w:t xml:space="preserve">Српски језик 3 (предавања) · 2. година</w:t>
              <w:br w:type="textWrapping"/>
              <w:br w:type="textWrapping"/>
              <w:t xml:space="preserve">12.00–13.30</w:t>
              <w:br w:type="textWrapping"/>
              <w:t xml:space="preserve">Енглески језик 3 · 2. година</w:t>
              <w:br w:type="textWrapping"/>
              <w:br w:type="textWrapping"/>
              <w:br w:type="textWrapping"/>
              <w:t xml:space="preserve">13.30–15.00</w:t>
              <w:br w:type="textWrapping"/>
              <w:t xml:space="preserve">Превод С–Њ (вјежбе) · 2. година</w:t>
            </w:r>
          </w:p>
          <w:p w:rsidR="00000000" w:rsidDel="00000000" w:rsidP="00000000" w:rsidRDefault="00000000" w:rsidRPr="00000000" w14:paraId="0000007F">
            <w:pPr>
              <w:spacing w:after="0" w:line="228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after="0" w:line="228" w:lineRule="auto"/>
              <w:rPr/>
            </w:pPr>
            <w:r w:rsidDel="00000000" w:rsidR="00000000" w:rsidRPr="00000000">
              <w:rPr>
                <w:rtl w:val="0"/>
              </w:rPr>
              <w:t xml:space="preserve">17.00–18.00</w:t>
              <w:br w:type="textWrapping"/>
              <w:t xml:space="preserve">Курс шпанског језика</w:t>
            </w:r>
          </w:p>
          <w:p w:rsidR="00000000" w:rsidDel="00000000" w:rsidP="00000000" w:rsidRDefault="00000000" w:rsidRPr="00000000" w14:paraId="00000081">
            <w:pPr>
              <w:spacing w:after="0" w:line="228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spacing w:after="0" w:line="228" w:lineRule="auto"/>
              <w:rPr>
                <w:color w:val="1f1f1f"/>
              </w:rPr>
            </w:pPr>
            <w:r w:rsidDel="00000000" w:rsidR="00000000" w:rsidRPr="00000000">
              <w:rPr>
                <w:color w:val="1f1f1f"/>
                <w:rtl w:val="0"/>
              </w:rPr>
              <w:t xml:space="preserve">СТУДИЈСКИ ПРОГРАМ ЊЕМАЧКОГ ЈЕЗИКА И КЊИЖЕВНОСТИ</w:t>
              <w:br w:type="textWrapping"/>
              <w:t xml:space="preserve">09.00–10.30</w:t>
              <w:br w:type="textWrapping"/>
              <w:t xml:space="preserve">Методика (предавања) · 3. година</w:t>
              <w:br w:type="textWrapping"/>
              <w:br w:type="textWrapping"/>
              <w:t xml:space="preserve">10.30–12.00</w:t>
              <w:br w:type="textWrapping"/>
              <w:t xml:space="preserve">Културна историја (предавања) · 3. година</w:t>
              <w:br w:type="textWrapping"/>
              <w:br w:type="textWrapping"/>
              <w:t xml:space="preserve">12.00–13.30</w:t>
              <w:br w:type="textWrapping"/>
              <w:t xml:space="preserve">Српски језик 1 (предавања) · 1. година</w:t>
              <w:br w:type="textWrapping"/>
              <w:br w:type="textWrapping"/>
              <w:t xml:space="preserve">13.30–15.00</w:t>
              <w:br w:type="textWrapping"/>
              <w:t xml:space="preserve">Морфологија (вјежбе) · 1. година</w:t>
              <w:br w:type="textWrapping"/>
              <w:br w:type="textWrapping"/>
              <w:t xml:space="preserve">15.00–16.30</w:t>
              <w:br w:type="textWrapping"/>
              <w:t xml:space="preserve">Лекторске вјежбе (вјежбе) · 1. Година</w:t>
            </w:r>
          </w:p>
          <w:p w:rsidR="00000000" w:rsidDel="00000000" w:rsidP="00000000" w:rsidRDefault="00000000" w:rsidRPr="00000000" w14:paraId="00000083">
            <w:pPr>
              <w:spacing w:after="0" w:line="228" w:lineRule="auto"/>
              <w:rPr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spacing w:after="0" w:line="228" w:lineRule="auto"/>
              <w:rPr>
                <w:color w:val="1f1f1f"/>
              </w:rPr>
            </w:pPr>
            <w:r w:rsidDel="00000000" w:rsidR="00000000" w:rsidRPr="00000000">
              <w:rPr>
                <w:color w:val="1f1f1f"/>
                <w:rtl w:val="0"/>
              </w:rPr>
              <w:t xml:space="preserve">СТУДИЈСКИ ПРОГРАМ ЊЕМАЧКОГ ЈЕЗИКА И КЊИЖЕВНОСТИ</w:t>
              <w:br w:type="textWrapping"/>
              <w:t xml:space="preserve">09.00–10.30</w:t>
              <w:br w:type="textWrapping"/>
              <w:t xml:space="preserve">Методика (вјежбе) · 3. година</w:t>
              <w:br w:type="textWrapping"/>
              <w:br w:type="textWrapping"/>
              <w:t xml:space="preserve">10.30–12.00</w:t>
              <w:br w:type="textWrapping"/>
              <w:t xml:space="preserve">Њемачка књижевност романтизма (предавања) · 3. година</w:t>
              <w:br w:type="textWrapping"/>
              <w:br w:type="textWrapping"/>
              <w:t xml:space="preserve">12.45–14.15</w:t>
              <w:br w:type="textWrapping"/>
              <w:t xml:space="preserve">Увод у општу лингвистику (предавања) · 1. година</w:t>
              <w:br w:type="textWrapping"/>
              <w:br w:type="textWrapping"/>
              <w:t xml:space="preserve">14.15–15.00</w:t>
              <w:br w:type="textWrapping"/>
              <w:t xml:space="preserve">Фонетика (вјежбе) · 1. година</w:t>
              <w:br w:type="textWrapping"/>
              <w:br w:type="textWrapping"/>
              <w:t xml:space="preserve">15.00–16.30</w:t>
              <w:br w:type="textWrapping"/>
              <w:t xml:space="preserve">Енглески језик 1 · 1. година</w:t>
            </w:r>
          </w:p>
          <w:p w:rsidR="00000000" w:rsidDel="00000000" w:rsidP="00000000" w:rsidRDefault="00000000" w:rsidRPr="00000000" w14:paraId="00000085">
            <w:pPr>
              <w:spacing w:after="0" w:line="228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spacing w:after="0" w:line="228" w:lineRule="auto"/>
              <w:rPr>
                <w:color w:val="1f1f1f"/>
              </w:rPr>
            </w:pPr>
            <w:r w:rsidDel="00000000" w:rsidR="00000000" w:rsidRPr="00000000">
              <w:rPr>
                <w:color w:val="1f1f1f"/>
                <w:rtl w:val="0"/>
              </w:rPr>
              <w:t xml:space="preserve">17.00–18.30</w:t>
            </w:r>
          </w:p>
          <w:p w:rsidR="00000000" w:rsidDel="00000000" w:rsidP="00000000" w:rsidRDefault="00000000" w:rsidRPr="00000000" w14:paraId="00000087">
            <w:pPr>
              <w:spacing w:after="0" w:line="228" w:lineRule="auto"/>
              <w:rPr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color w:val="1f1f1f"/>
                <w:rtl w:val="0"/>
              </w:rPr>
              <w:t xml:space="preserve">Италијански језик 1 · 1. година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spacing w:after="0" w:line="228" w:lineRule="auto"/>
              <w:rPr>
                <w:color w:val="1f1f1f"/>
              </w:rPr>
            </w:pPr>
            <w:r w:rsidDel="00000000" w:rsidR="00000000" w:rsidRPr="00000000">
              <w:rPr>
                <w:color w:val="1f1f1f"/>
                <w:rtl w:val="0"/>
              </w:rPr>
              <w:t xml:space="preserve">СТУДИЈСКИ ПРОГРАМ ЊЕМАЧКОГ ЈЕЗИКА И КЊИЖЕВНОСТИ</w:t>
              <w:br w:type="textWrapping"/>
              <w:t xml:space="preserve">08.00–09.30</w:t>
              <w:br w:type="textWrapping"/>
              <w:t xml:space="preserve">Њемачка књижевност романтизма (вјежбе) · 3. година</w:t>
              <w:br w:type="textWrapping"/>
              <w:br w:type="textWrapping"/>
              <w:t xml:space="preserve">09.30–11.00</w:t>
              <w:br w:type="textWrapping"/>
              <w:t xml:space="preserve">Превод С–Њ · 3. година</w:t>
              <w:br w:type="textWrapping"/>
              <w:br w:type="textWrapping"/>
              <w:t xml:space="preserve">11.00–12.30</w:t>
              <w:br w:type="textWrapping"/>
              <w:t xml:space="preserve">Семинар из њемачке књижевности · 2. година</w:t>
              <w:br w:type="textWrapping"/>
              <w:br w:type="textWrapping"/>
              <w:t xml:space="preserve">12.30–14.00</w:t>
              <w:br w:type="textWrapping"/>
              <w:t xml:space="preserve">Српски језик 3 (вјежбе) · 2. година</w:t>
              <w:br w:type="textWrapping"/>
              <w:br w:type="textWrapping"/>
              <w:t xml:space="preserve">14.00–15.30</w:t>
              <w:br w:type="textWrapping"/>
              <w:t xml:space="preserve">Лекторске вјежбе (вјежбе) · 2. Година</w:t>
            </w:r>
          </w:p>
          <w:p w:rsidR="00000000" w:rsidDel="00000000" w:rsidP="00000000" w:rsidRDefault="00000000" w:rsidRPr="00000000" w14:paraId="00000089">
            <w:pPr>
              <w:spacing w:after="0" w:line="228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spacing w:after="0" w:line="228" w:lineRule="auto"/>
              <w:rPr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spacing w:after="0" w:line="22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color w:val="1f1f1f"/>
                <w:rtl w:val="0"/>
              </w:rPr>
              <w:t xml:space="preserve">СТУДИЈСКИ ПРОГРАМ ЊЕМАЧКОГ ЈЕЗИКА И КЊИЖЕВНОСТИ</w:t>
              <w:br w:type="textWrapping"/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b w:val="1"/>
          <w:bCs w:val="1"/>
          <w:color w:val="1f4e79"/>
          <w:sz w:val="26"/>
          <w:szCs w:val="26"/>
          <w:rtl w:val="0"/>
        </w:rPr>
        <w:t xml:space="preserve">УЧИОНИЦА 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100" w:lineRule="auto"/>
        <w:rPr/>
      </w:pPr>
      <w:r w:rsidDel="00000000" w:rsidR="00000000" w:rsidRPr="00000000">
        <w:rPr>
          <w:color w:val="5f5f5f"/>
          <w:sz w:val="17"/>
          <w:szCs w:val="17"/>
          <w:rtl w:val="0"/>
        </w:rPr>
        <w:t xml:space="preserve">Обједињени преглед коришћења просторије · академска 2026/2027. година</w:t>
      </w:r>
      <w:r w:rsidDel="00000000" w:rsidR="00000000" w:rsidRPr="00000000">
        <w:rPr>
          <w:rtl w:val="0"/>
        </w:rPr>
      </w:r>
    </w:p>
    <w:tbl>
      <w:tblPr>
        <w:tblStyle w:val="Table6"/>
        <w:tblW w:w="14545.0" w:type="dxa"/>
        <w:jc w:val="center"/>
        <w:tblLayout w:type="fixed"/>
        <w:tblLook w:val="0400"/>
      </w:tblPr>
      <w:tblGrid>
        <w:gridCol w:w="2909"/>
        <w:gridCol w:w="2909"/>
        <w:gridCol w:w="2909"/>
        <w:gridCol w:w="2909"/>
        <w:gridCol w:w="2909"/>
        <w:tblGridChange w:id="0">
          <w:tblGrid>
            <w:gridCol w:w="2909"/>
            <w:gridCol w:w="2909"/>
            <w:gridCol w:w="2909"/>
            <w:gridCol w:w="2909"/>
            <w:gridCol w:w="2909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spacing w:after="0" w:line="228" w:lineRule="auto"/>
              <w:rPr>
                <w:color w:val="1f1f1f"/>
              </w:rPr>
            </w:pPr>
            <w:r w:rsidDel="00000000" w:rsidR="00000000" w:rsidRPr="00000000">
              <w:rPr>
                <w:color w:val="1f1f1f"/>
                <w:rtl w:val="0"/>
              </w:rPr>
              <w:t xml:space="preserve">СТУДИЈСКИ ПРОГРАМ ЊЕМАЧКОГ ЈЕЗИКА И КЊИЖЕВНОСТИ</w:t>
              <w:br w:type="textWrapping"/>
              <w:t xml:space="preserve">09.00–09.45</w:t>
              <w:br w:type="textWrapping"/>
              <w:t xml:space="preserve">Културна историја (вјежбе) · 3. година</w:t>
              <w:br w:type="textWrapping"/>
              <w:br w:type="textWrapping"/>
              <w:t xml:space="preserve">10.30–12.00</w:t>
              <w:br w:type="textWrapping"/>
              <w:t xml:space="preserve">Њемачка књижевност средњег вијека и барока (предавања) · 1. година</w:t>
              <w:br w:type="textWrapping"/>
              <w:br w:type="textWrapping"/>
              <w:t xml:space="preserve">12.00–13.30</w:t>
              <w:br w:type="textWrapping"/>
              <w:t xml:space="preserve">Лекторске вјежбе (вјежбе) · 3. година</w:t>
              <w:br w:type="textWrapping"/>
              <w:br w:type="textWrapping"/>
              <w:t xml:space="preserve">13.30–15.00</w:t>
              <w:br w:type="textWrapping"/>
              <w:t xml:space="preserve">Лекторске вјежбе (вјежбе) · 4. година</w:t>
              <w:br w:type="textWrapping"/>
              <w:br w:type="textWrapping"/>
              <w:t xml:space="preserve">15.00–16.30</w:t>
              <w:br w:type="textWrapping"/>
              <w:t xml:space="preserve">Превод С–Њ · 4. година</w:t>
              <w:br w:type="textWrapping"/>
              <w:br w:type="textWrapping"/>
              <w:t xml:space="preserve">16.30–17.15</w:t>
              <w:br w:type="textWrapping"/>
              <w:t xml:space="preserve">Семантика (вјежбе) · 4. Година</w:t>
            </w:r>
          </w:p>
          <w:p w:rsidR="00000000" w:rsidDel="00000000" w:rsidP="00000000" w:rsidRDefault="00000000" w:rsidRPr="00000000" w14:paraId="00000095">
            <w:pPr>
              <w:spacing w:after="0" w:line="228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spacing w:after="0" w:line="228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after="0" w:line="228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spacing w:after="0" w:line="228" w:lineRule="auto"/>
              <w:rPr>
                <w:color w:val="1f1f1f"/>
              </w:rPr>
            </w:pPr>
            <w:r w:rsidDel="00000000" w:rsidR="00000000" w:rsidRPr="00000000">
              <w:rPr>
                <w:color w:val="1f1f1f"/>
                <w:rtl w:val="0"/>
              </w:rPr>
              <w:t xml:space="preserve">СТУДИЈСКИ ПРОГРАМ ЊЕМАЧКОГ ЈЕЗИКА И КЊИЖЕВНОСТИ</w:t>
              <w:br w:type="textWrapping"/>
              <w:t xml:space="preserve">09.00–10.30</w:t>
              <w:br w:type="textWrapping"/>
              <w:t xml:space="preserve">Њемачка књижевност класике (предавања) · 2. година</w:t>
              <w:br w:type="textWrapping"/>
              <w:br w:type="textWrapping"/>
              <w:t xml:space="preserve">10.30–12.00</w:t>
              <w:br w:type="textWrapping"/>
              <w:t xml:space="preserve">Превод Њ–С · 2. година</w:t>
              <w:br w:type="textWrapping"/>
              <w:br w:type="textWrapping"/>
              <w:t xml:space="preserve">12.00–13.30</w:t>
              <w:br w:type="textWrapping"/>
              <w:t xml:space="preserve">Методика (предавања) · 4. година</w:t>
              <w:br w:type="textWrapping"/>
              <w:br w:type="textWrapping"/>
              <w:t xml:space="preserve">13.30–15.00</w:t>
              <w:br w:type="textWrapping"/>
              <w:t xml:space="preserve">Лекторске вјежбе (вјежбе) · 4. година</w:t>
              <w:br w:type="textWrapping"/>
              <w:br w:type="textWrapping"/>
              <w:t xml:space="preserve">15.00–16.30</w:t>
              <w:br w:type="textWrapping"/>
              <w:t xml:space="preserve">Превод Њ–С · 4. година</w:t>
            </w:r>
          </w:p>
          <w:p w:rsidR="00000000" w:rsidDel="00000000" w:rsidP="00000000" w:rsidRDefault="00000000" w:rsidRPr="00000000" w14:paraId="00000099">
            <w:pPr>
              <w:spacing w:after="0" w:line="228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spacing w:after="0" w:line="228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spacing w:after="0" w:line="228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spacing w:after="0" w:line="228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after="0" w:line="228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spacing w:after="0" w:line="228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spacing w:after="0" w:line="228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spacing w:after="0" w:line="228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spacing w:after="0" w:line="228" w:lineRule="auto"/>
              <w:rPr>
                <w:color w:val="1f1f1f"/>
              </w:rPr>
            </w:pPr>
            <w:r w:rsidDel="00000000" w:rsidR="00000000" w:rsidRPr="00000000">
              <w:rPr>
                <w:color w:val="1f1f1f"/>
                <w:rtl w:val="0"/>
              </w:rPr>
              <w:t xml:space="preserve">СТУДИЈСКИ ПРОГРАМ ЊЕМАЧКОГ ЈЕЗИКА И КЊИЖЕВНОСТИ</w:t>
              <w:br w:type="textWrapping"/>
              <w:t xml:space="preserve">09.00–10.30</w:t>
              <w:br w:type="textWrapping"/>
              <w:t xml:space="preserve">Њемачка књижевност 20. вијека (предавања) · 4. година</w:t>
              <w:br w:type="textWrapping"/>
              <w:br w:type="textWrapping"/>
              <w:t xml:space="preserve">10.30–12.00</w:t>
              <w:br w:type="textWrapping"/>
              <w:t xml:space="preserve">Методика (вјежбе) · 4. година</w:t>
              <w:br w:type="textWrapping"/>
              <w:br w:type="textWrapping"/>
              <w:br w:type="textWrapping"/>
              <w:t xml:space="preserve">12.00–13.30</w:t>
              <w:br w:type="textWrapping"/>
              <w:t xml:space="preserve">Превод Њ–С (вјежбе) · 3. година</w:t>
              <w:br w:type="textWrapping"/>
              <w:br w:type="textWrapping"/>
              <w:t xml:space="preserve">13.30–15.00</w:t>
              <w:br w:type="textWrapping"/>
              <w:t xml:space="preserve">Лекторске вјежбе (вјежбе) · 2. година</w:t>
              <w:br w:type="textWrapping"/>
              <w:br w:type="textWrapping"/>
              <w:t xml:space="preserve">15.00–16.30</w:t>
              <w:br w:type="textWrapping"/>
              <w:t xml:space="preserve">Морфосинтакса (вјежбе) · 2. година</w:t>
            </w:r>
          </w:p>
          <w:p w:rsidR="00000000" w:rsidDel="00000000" w:rsidP="00000000" w:rsidRDefault="00000000" w:rsidRPr="00000000" w14:paraId="000000A2">
            <w:pPr>
              <w:spacing w:after="0" w:line="228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spacing w:after="0" w:line="228" w:lineRule="auto"/>
              <w:rPr>
                <w:color w:val="1f1f1f"/>
              </w:rPr>
            </w:pPr>
            <w:r w:rsidDel="00000000" w:rsidR="00000000" w:rsidRPr="00000000">
              <w:rPr>
                <w:color w:val="1f1f1f"/>
                <w:rtl w:val="0"/>
              </w:rPr>
              <w:t xml:space="preserve">17.00–18.30</w:t>
            </w:r>
          </w:p>
          <w:p w:rsidR="00000000" w:rsidDel="00000000" w:rsidP="00000000" w:rsidRDefault="00000000" w:rsidRPr="00000000" w14:paraId="000000A4">
            <w:pPr>
              <w:spacing w:after="0" w:line="228" w:lineRule="auto"/>
              <w:rPr>
                <w:color w:val="1f1f1f"/>
              </w:rPr>
            </w:pPr>
            <w:r w:rsidDel="00000000" w:rsidR="00000000" w:rsidRPr="00000000">
              <w:rPr>
                <w:color w:val="1f1f1f"/>
                <w:rtl w:val="0"/>
              </w:rPr>
              <w:t xml:space="preserve">Француски језик 1 </w:t>
            </w:r>
            <w:r w:rsidDel="00000000" w:rsidR="00000000" w:rsidRPr="00000000">
              <w:rPr>
                <w:color w:val="1f1f1f"/>
                <w:rtl w:val="0"/>
              </w:rPr>
              <w:t xml:space="preserve">· 1. Година</w:t>
            </w:r>
          </w:p>
          <w:p w:rsidR="00000000" w:rsidDel="00000000" w:rsidP="00000000" w:rsidRDefault="00000000" w:rsidRPr="00000000" w14:paraId="000000A5">
            <w:pPr>
              <w:spacing w:after="0" w:line="228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spacing w:after="0" w:line="228" w:lineRule="auto"/>
              <w:rPr>
                <w:color w:val="1f1f1f"/>
              </w:rPr>
            </w:pPr>
            <w:r w:rsidDel="00000000" w:rsidR="00000000" w:rsidRPr="00000000">
              <w:rPr>
                <w:color w:val="1f1f1f"/>
                <w:rtl w:val="0"/>
              </w:rPr>
              <w:t xml:space="preserve">СТУДИЈСКИ ПРОГРАМ ЊЕМАЧКОГ ЈЕЗИКА И КЊИЖЕВНОСТИ</w:t>
              <w:br w:type="textWrapping"/>
              <w:t xml:space="preserve">08.00–09.30</w:t>
              <w:br w:type="textWrapping"/>
              <w:t xml:space="preserve">Реторика · 4. година</w:t>
              <w:br w:type="textWrapping"/>
              <w:br w:type="textWrapping"/>
              <w:t xml:space="preserve">09.30–11.00</w:t>
              <w:br w:type="textWrapping"/>
              <w:t xml:space="preserve">Њемачка књижевност 20. вијека (вјежбе) · 4. година</w:t>
              <w:br w:type="textWrapping"/>
              <w:br w:type="textWrapping"/>
              <w:t xml:space="preserve">11.00–12.30</w:t>
              <w:br w:type="textWrapping"/>
              <w:t xml:space="preserve">Лексикологија (вјежбе) · 3. година</w:t>
              <w:br w:type="textWrapping"/>
              <w:br w:type="textWrapping"/>
              <w:t xml:space="preserve">12.30–14.00</w:t>
              <w:br w:type="textWrapping"/>
              <w:t xml:space="preserve">Теорија књижевности (предавања) · 1. година</w:t>
              <w:br w:type="textWrapping"/>
              <w:br w:type="textWrapping"/>
              <w:t xml:space="preserve">14.00–15.30</w:t>
              <w:br w:type="textWrapping"/>
              <w:t xml:space="preserve">Српски језик 1 (вјежбе) · 1. година</w:t>
              <w:br w:type="textWrapping"/>
              <w:br w:type="textWrapping"/>
              <w:t xml:space="preserve">15.30–17.00</w:t>
              <w:br w:type="textWrapping"/>
              <w:t xml:space="preserve">Превод (вјежбе) · 1. Година</w:t>
            </w:r>
          </w:p>
          <w:p w:rsidR="00000000" w:rsidDel="00000000" w:rsidP="00000000" w:rsidRDefault="00000000" w:rsidRPr="00000000" w14:paraId="000000A7">
            <w:pPr>
              <w:spacing w:after="0" w:line="228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after="0" w:line="228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spacing w:after="0" w:line="228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spacing w:after="0" w:line="228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spacing w:after="0" w:line="228" w:lineRule="auto"/>
              <w:rPr/>
            </w:pPr>
            <w:r w:rsidDel="00000000" w:rsidR="00000000" w:rsidRPr="00000000">
              <w:rPr>
                <w:color w:val="1f1f1f"/>
                <w:rtl w:val="0"/>
              </w:rPr>
              <w:t xml:space="preserve">СТУДИЈСКИ ПРОГРАМ ЊЕМАЧКОГ ЈЕЗИКА И КЊИЖЕВНОСТИ</w:t>
              <w:br w:type="textWrapping"/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C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jc w:val="center"/>
        <w:rPr/>
      </w:pPr>
      <w:r w:rsidDel="00000000" w:rsidR="00000000" w:rsidRPr="00000000">
        <w:rPr>
          <w:b w:val="1"/>
          <w:bCs w:val="1"/>
          <w:color w:val="1f4e79"/>
          <w:sz w:val="26"/>
          <w:szCs w:val="26"/>
          <w:rtl w:val="0"/>
        </w:rPr>
        <w:t xml:space="preserve">УЧИОНИЦА 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after="100" w:lineRule="auto"/>
        <w:jc w:val="center"/>
        <w:rPr>
          <w:b w:val="1"/>
          <w:bCs w:val="1"/>
          <w:sz w:val="19"/>
          <w:szCs w:val="19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Обједињени преглед коришћења просторије · академска 2026/2027. година</w:t>
      </w:r>
    </w:p>
    <w:sdt>
      <w:sdtPr>
        <w:lock w:val="contentLocked"/>
        <w:id w:val="-303709006"/>
        <w:tag w:val="goog_rdk_0"/>
      </w:sdtPr>
      <w:sdtContent>
        <w:tbl>
          <w:tblPr>
            <w:tblStyle w:val="Table7"/>
            <w:tblW w:w="15200.0" w:type="dxa"/>
            <w:jc w:val="center"/>
            <w:tblLayout w:type="fixed"/>
            <w:tblLook w:val="0400"/>
          </w:tblPr>
          <w:tblGrid>
            <w:gridCol w:w="3040"/>
            <w:gridCol w:w="3040"/>
            <w:gridCol w:w="3040"/>
            <w:gridCol w:w="3040"/>
            <w:gridCol w:w="3040"/>
            <w:tblGridChange w:id="0">
              <w:tblGrid>
                <w:gridCol w:w="3040"/>
                <w:gridCol w:w="3040"/>
                <w:gridCol w:w="3040"/>
                <w:gridCol w:w="3040"/>
                <w:gridCol w:w="304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2e5b85" w:val="clear"/>
                <w:tcMar>
                  <w:top w:w="100.0" w:type="dxa"/>
                  <w:left w:w="120.0" w:type="dxa"/>
                  <w:bottom w:w="100.0" w:type="dxa"/>
                  <w:right w:w="120.0" w:type="dxa"/>
                </w:tcMar>
                <w:vAlign w:val="center"/>
              </w:tcPr>
              <w:p w:rsidR="00000000" w:rsidDel="00000000" w:rsidP="00000000" w:rsidRDefault="00000000" w:rsidRPr="00000000" w14:paraId="000000AF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color w:val="ffffff"/>
                    <w:rtl w:val="0"/>
                  </w:rPr>
                  <w:t xml:space="preserve">ПОНЕДЈЕЉАК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2e5b85" w:val="clear"/>
                <w:tcMar>
                  <w:top w:w="100.0" w:type="dxa"/>
                  <w:left w:w="120.0" w:type="dxa"/>
                  <w:bottom w:w="100.0" w:type="dxa"/>
                  <w:right w:w="120.0" w:type="dxa"/>
                </w:tcMar>
                <w:vAlign w:val="center"/>
              </w:tcPr>
              <w:p w:rsidR="00000000" w:rsidDel="00000000" w:rsidP="00000000" w:rsidRDefault="00000000" w:rsidRPr="00000000" w14:paraId="000000B0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color w:val="ffffff"/>
                    <w:rtl w:val="0"/>
                  </w:rPr>
                  <w:t xml:space="preserve">УТОРАК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2e5b85" w:val="clear"/>
                <w:tcMar>
                  <w:top w:w="100.0" w:type="dxa"/>
                  <w:left w:w="120.0" w:type="dxa"/>
                  <w:bottom w:w="100.0" w:type="dxa"/>
                  <w:right w:w="120.0" w:type="dxa"/>
                </w:tcMar>
                <w:vAlign w:val="center"/>
              </w:tcPr>
              <w:p w:rsidR="00000000" w:rsidDel="00000000" w:rsidP="00000000" w:rsidRDefault="00000000" w:rsidRPr="00000000" w14:paraId="000000B1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color w:val="ffffff"/>
                    <w:rtl w:val="0"/>
                  </w:rPr>
                  <w:t xml:space="preserve">СРИЈЕДА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2e5b85" w:val="clear"/>
                <w:tcMar>
                  <w:top w:w="100.0" w:type="dxa"/>
                  <w:left w:w="120.0" w:type="dxa"/>
                  <w:bottom w:w="100.0" w:type="dxa"/>
                  <w:right w:w="120.0" w:type="dxa"/>
                </w:tcMar>
                <w:vAlign w:val="center"/>
              </w:tcPr>
              <w:p w:rsidR="00000000" w:rsidDel="00000000" w:rsidP="00000000" w:rsidRDefault="00000000" w:rsidRPr="00000000" w14:paraId="000000B2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color w:val="ffffff"/>
                    <w:rtl w:val="0"/>
                  </w:rPr>
                  <w:t xml:space="preserve">ЧЕТВРТАК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2e5b85" w:val="clear"/>
                <w:tcMar>
                  <w:top w:w="100.0" w:type="dxa"/>
                  <w:left w:w="120.0" w:type="dxa"/>
                  <w:bottom w:w="100.0" w:type="dxa"/>
                  <w:right w:w="120.0" w:type="dxa"/>
                </w:tcMar>
                <w:vAlign w:val="center"/>
              </w:tcPr>
              <w:p w:rsidR="00000000" w:rsidDel="00000000" w:rsidP="00000000" w:rsidRDefault="00000000" w:rsidRPr="00000000" w14:paraId="000000B3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color w:val="ffffff"/>
                    <w:rtl w:val="0"/>
                  </w:rPr>
                  <w:t xml:space="preserve">ПЕТАК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85.0" w:type="dxa"/>
                  <w:bottom w:w="85.0" w:type="dxa"/>
                </w:tcMar>
                <w:vAlign w:val="top"/>
              </w:tcPr>
              <w:p w:rsidR="00000000" w:rsidDel="00000000" w:rsidP="00000000" w:rsidRDefault="00000000" w:rsidRPr="00000000" w14:paraId="000000B4">
                <w:pPr>
                  <w:spacing w:after="0"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8.00–9.30</w:t>
                  <w:br w:type="textWrapping"/>
                  <w:t xml:space="preserve">СЛОБОДАН ТЕРМИН</w:t>
                </w:r>
              </w:p>
            </w:tc>
            <w:tc>
              <w:tcPr>
                <w:tcMar>
                  <w:top w:w="85.0" w:type="dxa"/>
                  <w:bottom w:w="85.0" w:type="dxa"/>
                </w:tcMar>
                <w:vAlign w:val="top"/>
              </w:tcPr>
              <w:p w:rsidR="00000000" w:rsidDel="00000000" w:rsidP="00000000" w:rsidRDefault="00000000" w:rsidRPr="00000000" w14:paraId="000000B5">
                <w:pPr>
                  <w:spacing w:after="0"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8.00–9.30</w:t>
                  <w:br w:type="textWrapping"/>
                  <w:t xml:space="preserve">СЛОБОДАН ТЕРМИН</w:t>
                </w:r>
              </w:p>
            </w:tc>
            <w:tc>
              <w:tcPr>
                <w:shd w:fill="f4f8fb" w:val="clear"/>
                <w:tcMar>
                  <w:top w:w="85.0" w:type="dxa"/>
                  <w:bottom w:w="85.0" w:type="dxa"/>
                </w:tcMar>
                <w:vAlign w:val="top"/>
              </w:tcPr>
              <w:p w:rsidR="00000000" w:rsidDel="00000000" w:rsidP="00000000" w:rsidRDefault="00000000" w:rsidRPr="00000000" w14:paraId="000000B6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9.00–10.30</w:t>
                </w:r>
                <w:r w:rsidDel="00000000" w:rsidR="00000000" w:rsidRPr="00000000">
                  <w:rPr>
                    <w:rtl w:val="0"/>
                  </w:rPr>
                  <w:br w:type="textWrapping"/>
                  <w:t xml:space="preserve">Савремени енгл. језик III </w:t>
                </w:r>
              </w:p>
              <w:p w:rsidR="00000000" w:rsidDel="00000000" w:rsidP="00000000" w:rsidRDefault="00000000" w:rsidRPr="00000000" w14:paraId="000000B7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В – мр Бранко Црногорац, наставник стр. језика и вјештина</w:t>
                </w:r>
              </w:p>
            </w:tc>
            <w:tc>
              <w:tcPr>
                <w:tcMar>
                  <w:top w:w="85.0" w:type="dxa"/>
                  <w:bottom w:w="85.0" w:type="dxa"/>
                </w:tcMar>
                <w:vAlign w:val="top"/>
              </w:tcPr>
              <w:p w:rsidR="00000000" w:rsidDel="00000000" w:rsidP="00000000" w:rsidRDefault="00000000" w:rsidRPr="00000000" w14:paraId="000000B8">
                <w:pPr>
                  <w:spacing w:after="0"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8.00–9.30</w:t>
                  <w:br w:type="textWrapping"/>
                  <w:t xml:space="preserve">СЛОБОДАН ТЕРМИН</w:t>
                </w:r>
              </w:p>
            </w:tc>
            <w:tc>
              <w:tcPr>
                <w:tcMar>
                  <w:top w:w="85.0" w:type="dxa"/>
                  <w:bottom w:w="85.0" w:type="dxa"/>
                </w:tcMar>
                <w:vAlign w:val="top"/>
              </w:tcPr>
              <w:p w:rsidR="00000000" w:rsidDel="00000000" w:rsidP="00000000" w:rsidRDefault="00000000" w:rsidRPr="00000000" w14:paraId="000000B9">
                <w:pPr>
                  <w:spacing w:after="0"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8.00–9.45</w:t>
                  <w:br w:type="textWrapping"/>
                  <w:t xml:space="preserve">СЛОБОДАН ТЕРМИН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f4f8fb" w:val="clear"/>
                <w:tcMar>
                  <w:top w:w="85.0" w:type="dxa"/>
                  <w:bottom w:w="85.0" w:type="dxa"/>
                </w:tcMar>
                <w:vAlign w:val="top"/>
              </w:tcPr>
              <w:p w:rsidR="00000000" w:rsidDel="00000000" w:rsidP="00000000" w:rsidRDefault="00000000" w:rsidRPr="00000000" w14:paraId="000000BA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9.30–11.00</w:t>
                </w:r>
                <w:r w:rsidDel="00000000" w:rsidR="00000000" w:rsidRPr="00000000">
                  <w:rPr>
                    <w:rtl w:val="0"/>
                  </w:rPr>
                  <w:br w:type="textWrapping"/>
                  <w:t xml:space="preserve">Књижевност енглеског класицизма и романтизма </w:t>
                </w:r>
              </w:p>
              <w:p w:rsidR="00000000" w:rsidDel="00000000" w:rsidP="00000000" w:rsidRDefault="00000000" w:rsidRPr="00000000" w14:paraId="000000BB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П – Дијана Тица, редовни професор</w:t>
                </w:r>
              </w:p>
            </w:tc>
            <w:tc>
              <w:tcPr>
                <w:shd w:fill="f4f8fb" w:val="clear"/>
                <w:tcMar>
                  <w:top w:w="85.0" w:type="dxa"/>
                  <w:bottom w:w="85.0" w:type="dxa"/>
                </w:tcMar>
                <w:vAlign w:val="top"/>
              </w:tcPr>
              <w:p w:rsidR="00000000" w:rsidDel="00000000" w:rsidP="00000000" w:rsidRDefault="00000000" w:rsidRPr="00000000" w14:paraId="000000BC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9.30–12.30</w:t>
                </w:r>
                <w:r w:rsidDel="00000000" w:rsidR="00000000" w:rsidRPr="00000000">
                  <w:rPr>
                    <w:rtl w:val="0"/>
                  </w:rPr>
                  <w:br w:type="textWrapping"/>
                  <w:t xml:space="preserve">Савремени енглески језик I </w:t>
                </w:r>
              </w:p>
              <w:p w:rsidR="00000000" w:rsidDel="00000000" w:rsidP="00000000" w:rsidRDefault="00000000" w:rsidRPr="00000000" w14:paraId="000000BD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В – Сњежана Лепир, ма, виши асистент</w:t>
                </w:r>
              </w:p>
            </w:tc>
            <w:tc>
              <w:tcPr>
                <w:shd w:fill="f4f8fb" w:val="clear"/>
                <w:tcMar>
                  <w:top w:w="85.0" w:type="dxa"/>
                  <w:bottom w:w="85.0" w:type="dxa"/>
                </w:tcMar>
                <w:vAlign w:val="top"/>
              </w:tcPr>
              <w:p w:rsidR="00000000" w:rsidDel="00000000" w:rsidP="00000000" w:rsidRDefault="00000000" w:rsidRPr="00000000" w14:paraId="000000BE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11.00–12.30</w:t>
                </w:r>
                <w:r w:rsidDel="00000000" w:rsidR="00000000" w:rsidRPr="00000000">
                  <w:rPr>
                    <w:rtl w:val="0"/>
                  </w:rPr>
                  <w:br w:type="textWrapping"/>
                  <w:t xml:space="preserve">Америчка књижевност до 20. вијека </w:t>
                </w:r>
              </w:p>
              <w:p w:rsidR="00000000" w:rsidDel="00000000" w:rsidP="00000000" w:rsidRDefault="00000000" w:rsidRPr="00000000" w14:paraId="000000BF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П </w:t>
                </w:r>
                <w:r w:rsidDel="00000000" w:rsidR="00000000" w:rsidRPr="00000000">
                  <w:rPr>
                    <w:rtl w:val="0"/>
                  </w:rPr>
                  <w:t xml:space="preserve">– др Татјана Бијелић, редовни професор</w:t>
                </w:r>
              </w:p>
            </w:tc>
            <w:tc>
              <w:tcPr>
                <w:shd w:fill="f4f8fb" w:val="clear"/>
                <w:tcMar>
                  <w:top w:w="85.0" w:type="dxa"/>
                  <w:bottom w:w="85.0" w:type="dxa"/>
                </w:tcMar>
                <w:vAlign w:val="top"/>
              </w:tcPr>
              <w:p w:rsidR="00000000" w:rsidDel="00000000" w:rsidP="00000000" w:rsidRDefault="00000000" w:rsidRPr="00000000" w14:paraId="000000C0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9.30–11.00</w:t>
                </w:r>
                <w:r w:rsidDel="00000000" w:rsidR="00000000" w:rsidRPr="00000000">
                  <w:rPr>
                    <w:rtl w:val="0"/>
                  </w:rPr>
                  <w:br w:type="textWrapping"/>
                  <w:t xml:space="preserve">Српски језик I </w:t>
                </w:r>
              </w:p>
              <w:p w:rsidR="00000000" w:rsidDel="00000000" w:rsidP="00000000" w:rsidRDefault="00000000" w:rsidRPr="00000000" w14:paraId="000000C1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П – др Слађана Цукут, ванредни професор</w:t>
                </w:r>
              </w:p>
            </w:tc>
            <w:tc>
              <w:tcPr>
                <w:shd w:fill="f4f8fb" w:val="clear"/>
                <w:tcMar>
                  <w:top w:w="85.0" w:type="dxa"/>
                  <w:bottom w:w="85.0" w:type="dxa"/>
                </w:tcMar>
                <w:vAlign w:val="top"/>
              </w:tcPr>
              <w:p w:rsidR="00000000" w:rsidDel="00000000" w:rsidP="00000000" w:rsidRDefault="00000000" w:rsidRPr="00000000" w14:paraId="000000C2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9.45–12.45</w:t>
                </w:r>
                <w:r w:rsidDel="00000000" w:rsidR="00000000" w:rsidRPr="00000000">
                  <w:rPr>
                    <w:rtl w:val="0"/>
                  </w:rPr>
                  <w:br w:type="textWrapping"/>
                  <w:t xml:space="preserve">Увод у англистику </w:t>
                </w:r>
              </w:p>
              <w:p w:rsidR="00000000" w:rsidDel="00000000" w:rsidP="00000000" w:rsidRDefault="00000000" w:rsidRPr="00000000" w14:paraId="000000C3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В – Јована Јоргић, асистент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f4f8fb" w:val="clear"/>
                <w:tcMar>
                  <w:top w:w="85.0" w:type="dxa"/>
                  <w:bottom w:w="85.0" w:type="dxa"/>
                </w:tcMar>
                <w:vAlign w:val="top"/>
              </w:tcPr>
              <w:p w:rsidR="00000000" w:rsidDel="00000000" w:rsidP="00000000" w:rsidRDefault="00000000" w:rsidRPr="00000000" w14:paraId="000000C4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11.00–12.30</w:t>
                </w:r>
                <w:r w:rsidDel="00000000" w:rsidR="00000000" w:rsidRPr="00000000">
                  <w:rPr>
                    <w:rtl w:val="0"/>
                  </w:rPr>
                  <w:br w:type="textWrapping"/>
                  <w:t xml:space="preserve">Граматика енглеског језика I </w:t>
                </w:r>
              </w:p>
              <w:p w:rsidR="00000000" w:rsidDel="00000000" w:rsidP="00000000" w:rsidRDefault="00000000" w:rsidRPr="00000000" w14:paraId="000000C5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П – др Јелена Шајиновић-Новаковић, редовни професор</w:t>
                </w:r>
              </w:p>
            </w:tc>
            <w:tc>
              <w:tcPr>
                <w:shd w:fill="f4f8fb" w:val="clear"/>
                <w:tcMar>
                  <w:top w:w="85.0" w:type="dxa"/>
                  <w:bottom w:w="85.0" w:type="dxa"/>
                </w:tcMar>
                <w:vAlign w:val="top"/>
              </w:tcPr>
              <w:p w:rsidR="00000000" w:rsidDel="00000000" w:rsidP="00000000" w:rsidRDefault="00000000" w:rsidRPr="00000000" w14:paraId="000000C6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12.30–14.00</w:t>
                </w:r>
                <w:r w:rsidDel="00000000" w:rsidR="00000000" w:rsidRPr="00000000">
                  <w:rPr>
                    <w:rtl w:val="0"/>
                  </w:rPr>
                  <w:br w:type="textWrapping"/>
                  <w:t xml:space="preserve">Шекспир </w:t>
                </w:r>
              </w:p>
              <w:p w:rsidR="00000000" w:rsidDel="00000000" w:rsidP="00000000" w:rsidRDefault="00000000" w:rsidRPr="00000000" w14:paraId="000000C7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П – др Петар Пенда, редовни професор</w:t>
                </w:r>
              </w:p>
            </w:tc>
            <w:tc>
              <w:tcPr>
                <w:shd w:fill="f4f8fb" w:val="clear"/>
                <w:tcMar>
                  <w:top w:w="85.0" w:type="dxa"/>
                  <w:bottom w:w="85.0" w:type="dxa"/>
                </w:tcMar>
                <w:vAlign w:val="top"/>
              </w:tcPr>
              <w:p w:rsidR="00000000" w:rsidDel="00000000" w:rsidP="00000000" w:rsidRDefault="00000000" w:rsidRPr="00000000" w14:paraId="000000C8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12.30–14.00</w:t>
                </w:r>
                <w:r w:rsidDel="00000000" w:rsidR="00000000" w:rsidRPr="00000000">
                  <w:rPr>
                    <w:rtl w:val="0"/>
                  </w:rPr>
                  <w:br w:type="textWrapping"/>
                  <w:t xml:space="preserve">Енглеска књижевност модернизма </w:t>
                </w:r>
              </w:p>
              <w:p w:rsidR="00000000" w:rsidDel="00000000" w:rsidP="00000000" w:rsidRDefault="00000000" w:rsidRPr="00000000" w14:paraId="000000C9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П – др Петар Пенда, редовни професор</w:t>
                </w:r>
              </w:p>
            </w:tc>
            <w:tc>
              <w:tcPr>
                <w:shd w:fill="f4f8fb" w:val="clear"/>
                <w:tcMar>
                  <w:top w:w="85.0" w:type="dxa"/>
                  <w:bottom w:w="85.0" w:type="dxa"/>
                </w:tcMar>
                <w:vAlign w:val="top"/>
              </w:tcPr>
              <w:p w:rsidR="00000000" w:rsidDel="00000000" w:rsidP="00000000" w:rsidRDefault="00000000" w:rsidRPr="00000000" w14:paraId="000000CA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11.00–14.00</w:t>
                </w:r>
                <w:r w:rsidDel="00000000" w:rsidR="00000000" w:rsidRPr="00000000">
                  <w:rPr>
                    <w:rtl w:val="0"/>
                  </w:rPr>
                  <w:br w:type="textWrapping"/>
                  <w:t xml:space="preserve">Средњовјековна енгл. књижевност </w:t>
                </w:r>
              </w:p>
              <w:p w:rsidR="00000000" w:rsidDel="00000000" w:rsidP="00000000" w:rsidRDefault="00000000" w:rsidRPr="00000000" w14:paraId="000000CB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В – др Тијана Поповић, виши асистент</w:t>
                </w:r>
              </w:p>
            </w:tc>
            <w:tc>
              <w:tcPr>
                <w:shd w:fill="f4f8fb" w:val="clear"/>
                <w:tcMar>
                  <w:top w:w="85.0" w:type="dxa"/>
                  <w:bottom w:w="85.0" w:type="dxa"/>
                </w:tcMar>
                <w:vAlign w:val="top"/>
              </w:tcPr>
              <w:p w:rsidR="00000000" w:rsidDel="00000000" w:rsidP="00000000" w:rsidRDefault="00000000" w:rsidRPr="00000000" w14:paraId="000000CC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12.45–13.30</w:t>
                </w:r>
                <w:r w:rsidDel="00000000" w:rsidR="00000000" w:rsidRPr="00000000">
                  <w:rPr>
                    <w:rtl w:val="0"/>
                  </w:rPr>
                  <w:br w:type="textWrapping"/>
                  <w:t xml:space="preserve">Савремени енгл. језик I </w:t>
                </w:r>
              </w:p>
              <w:p w:rsidR="00000000" w:rsidDel="00000000" w:rsidP="00000000" w:rsidRDefault="00000000" w:rsidRPr="00000000" w14:paraId="000000CD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П – др Далибор Кесић, редовни професор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f4f8fb" w:val="clear"/>
                <w:tcMar>
                  <w:top w:w="85.0" w:type="dxa"/>
                  <w:bottom w:w="85.0" w:type="dxa"/>
                </w:tcMar>
                <w:vAlign w:val="top"/>
              </w:tcPr>
              <w:p w:rsidR="00000000" w:rsidDel="00000000" w:rsidP="00000000" w:rsidRDefault="00000000" w:rsidRPr="00000000" w14:paraId="000000CE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12.30–14.00</w:t>
                </w:r>
                <w:r w:rsidDel="00000000" w:rsidR="00000000" w:rsidRPr="00000000">
                  <w:rPr>
                    <w:rtl w:val="0"/>
                  </w:rPr>
                  <w:br w:type="textWrapping"/>
                  <w:t xml:space="preserve">Увод у проучавање енглеске књижевности </w:t>
                </w:r>
              </w:p>
              <w:p w:rsidR="00000000" w:rsidDel="00000000" w:rsidP="00000000" w:rsidRDefault="00000000" w:rsidRPr="00000000" w14:paraId="000000CF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П – др Дијана Тица, редовни професор</w:t>
                </w:r>
              </w:p>
            </w:tc>
            <w:tc>
              <w:tcPr>
                <w:shd w:fill="f4f8fb" w:val="clear"/>
                <w:tcMar>
                  <w:top w:w="85.0" w:type="dxa"/>
                  <w:bottom w:w="85.0" w:type="dxa"/>
                </w:tcMar>
                <w:vAlign w:val="top"/>
              </w:tcPr>
              <w:p w:rsidR="00000000" w:rsidDel="00000000" w:rsidP="00000000" w:rsidRDefault="00000000" w:rsidRPr="00000000" w14:paraId="000000D0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14.00–15.30</w:t>
                </w:r>
                <w:r w:rsidDel="00000000" w:rsidR="00000000" w:rsidRPr="00000000">
                  <w:rPr>
                    <w:rtl w:val="0"/>
                  </w:rPr>
                  <w:br w:type="textWrapping"/>
                  <w:t xml:space="preserve">Књижевност енглеског класицизма и романтизма </w:t>
                </w:r>
              </w:p>
              <w:p w:rsidR="00000000" w:rsidDel="00000000" w:rsidP="00000000" w:rsidRDefault="00000000" w:rsidRPr="00000000" w14:paraId="000000D1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В – Милица Јошић-Милиновић, ма, наставник стр. језика и вјештина</w:t>
                </w:r>
              </w:p>
            </w:tc>
            <w:tc>
              <w:tcPr>
                <w:shd w:fill="f4f8fb" w:val="clear"/>
                <w:tcMar>
                  <w:top w:w="85.0" w:type="dxa"/>
                  <w:bottom w:w="85.0" w:type="dxa"/>
                </w:tcMar>
                <w:vAlign w:val="top"/>
              </w:tcPr>
              <w:p w:rsidR="00000000" w:rsidDel="00000000" w:rsidP="00000000" w:rsidRDefault="00000000" w:rsidRPr="00000000" w14:paraId="000000D2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14.00–15.30</w:t>
                </w:r>
                <w:r w:rsidDel="00000000" w:rsidR="00000000" w:rsidRPr="00000000">
                  <w:rPr>
                    <w:rtl w:val="0"/>
                  </w:rPr>
                  <w:br w:type="textWrapping"/>
                  <w:t xml:space="preserve">Савремени енглески језик I </w:t>
                </w:r>
              </w:p>
              <w:p w:rsidR="00000000" w:rsidDel="00000000" w:rsidP="00000000" w:rsidRDefault="00000000" w:rsidRPr="00000000" w14:paraId="000000D3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В – др Светлана Митић, доцент</w:t>
                </w:r>
              </w:p>
            </w:tc>
            <w:tc>
              <w:tcPr>
                <w:shd w:fill="f4f8fb" w:val="clear"/>
                <w:tcMar>
                  <w:top w:w="85.0" w:type="dxa"/>
                  <w:bottom w:w="85.0" w:type="dxa"/>
                </w:tcMar>
                <w:vAlign w:val="top"/>
              </w:tcPr>
              <w:p w:rsidR="00000000" w:rsidDel="00000000" w:rsidP="00000000" w:rsidRDefault="00000000" w:rsidRPr="00000000" w14:paraId="000000D4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14.00–15.30</w:t>
                </w:r>
                <w:r w:rsidDel="00000000" w:rsidR="00000000" w:rsidRPr="00000000">
                  <w:rPr>
                    <w:rtl w:val="0"/>
                  </w:rPr>
                  <w:br w:type="textWrapping"/>
                  <w:t xml:space="preserve">Морфологија енглеског језика </w:t>
                </w:r>
              </w:p>
              <w:p w:rsidR="00000000" w:rsidDel="00000000" w:rsidP="00000000" w:rsidRDefault="00000000" w:rsidRPr="00000000" w14:paraId="000000D5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П – др Данијела Мајсторовић, редовни професор</w:t>
                </w:r>
              </w:p>
            </w:tc>
            <w:tc>
              <w:tcPr>
                <w:shd w:fill="f4f8fb" w:val="clear"/>
                <w:tcMar>
                  <w:top w:w="85.0" w:type="dxa"/>
                  <w:bottom w:w="85.0" w:type="dxa"/>
                </w:tcMar>
                <w:vAlign w:val="top"/>
              </w:tcPr>
              <w:p w:rsidR="00000000" w:rsidDel="00000000" w:rsidP="00000000" w:rsidRDefault="00000000" w:rsidRPr="00000000" w14:paraId="000000D6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13.45–14.30</w:t>
                </w:r>
                <w:r w:rsidDel="00000000" w:rsidR="00000000" w:rsidRPr="00000000">
                  <w:rPr>
                    <w:rtl w:val="0"/>
                  </w:rPr>
                  <w:br w:type="textWrapping"/>
                  <w:t xml:space="preserve">Савремени енгл. језик III </w:t>
                </w:r>
              </w:p>
              <w:p w:rsidR="00000000" w:rsidDel="00000000" w:rsidP="00000000" w:rsidRDefault="00000000" w:rsidRPr="00000000" w14:paraId="000000D7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П – др Далибор Кесић, редовни професор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f4f8fb" w:val="clear"/>
                <w:tcMar>
                  <w:top w:w="85.0" w:type="dxa"/>
                  <w:bottom w:w="85.0" w:type="dxa"/>
                </w:tcMar>
                <w:vAlign w:val="top"/>
              </w:tcPr>
              <w:p w:rsidR="00000000" w:rsidDel="00000000" w:rsidP="00000000" w:rsidRDefault="00000000" w:rsidRPr="00000000" w14:paraId="000000D8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14.00–15.30</w:t>
                </w:r>
                <w:r w:rsidDel="00000000" w:rsidR="00000000" w:rsidRPr="00000000">
                  <w:rPr>
                    <w:rtl w:val="0"/>
                  </w:rPr>
                  <w:br w:type="textWrapping"/>
                  <w:t xml:space="preserve">Средњовјековна енглеска књижевност </w:t>
                </w:r>
              </w:p>
              <w:p w:rsidR="00000000" w:rsidDel="00000000" w:rsidP="00000000" w:rsidRDefault="00000000" w:rsidRPr="00000000" w14:paraId="000000D9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П – др Петар Пенда, редовни професор</w:t>
                </w:r>
              </w:p>
            </w:tc>
            <w:tc>
              <w:tcPr>
                <w:shd w:fill="f4f8fb" w:val="clear"/>
                <w:tcMar>
                  <w:top w:w="85.0" w:type="dxa"/>
                  <w:bottom w:w="85.0" w:type="dxa"/>
                </w:tcMar>
                <w:vAlign w:val="top"/>
              </w:tcPr>
              <w:p w:rsidR="00000000" w:rsidDel="00000000" w:rsidP="00000000" w:rsidRDefault="00000000" w:rsidRPr="00000000" w14:paraId="000000DA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15.30–17.00</w:t>
                </w:r>
                <w:r w:rsidDel="00000000" w:rsidR="00000000" w:rsidRPr="00000000">
                  <w:rPr>
                    <w:rtl w:val="0"/>
                  </w:rPr>
                  <w:br w:type="textWrapping"/>
                  <w:t xml:space="preserve">Савремени енгл. језик VII </w:t>
                </w:r>
              </w:p>
              <w:p w:rsidR="00000000" w:rsidDel="00000000" w:rsidP="00000000" w:rsidRDefault="00000000" w:rsidRPr="00000000" w14:paraId="000000DB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В – др Јасна Јуришић Рољић, доцент</w:t>
                </w:r>
              </w:p>
            </w:tc>
            <w:tc>
              <w:tcPr>
                <w:shd w:fill="f4f8fb" w:val="clear"/>
                <w:tcMar>
                  <w:top w:w="85.0" w:type="dxa"/>
                  <w:bottom w:w="85.0" w:type="dxa"/>
                </w:tcMar>
                <w:vAlign w:val="top"/>
              </w:tcPr>
              <w:p w:rsidR="00000000" w:rsidDel="00000000" w:rsidP="00000000" w:rsidRDefault="00000000" w:rsidRPr="00000000" w14:paraId="000000DC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15.30–17.00</w:t>
                </w:r>
                <w:r w:rsidDel="00000000" w:rsidR="00000000" w:rsidRPr="00000000">
                  <w:rPr>
                    <w:rtl w:val="0"/>
                  </w:rPr>
                  <w:br w:type="textWrapping"/>
                  <w:t xml:space="preserve">Увод у англистику </w:t>
                </w:r>
              </w:p>
              <w:p w:rsidR="00000000" w:rsidDel="00000000" w:rsidP="00000000" w:rsidRDefault="00000000" w:rsidRPr="00000000" w14:paraId="000000DD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П – др Жељка Бабић, редовни професор</w:t>
                </w:r>
              </w:p>
            </w:tc>
            <w:tc>
              <w:tcPr>
                <w:shd w:fill="f4f8fb" w:val="clear"/>
                <w:tcMar>
                  <w:top w:w="85.0" w:type="dxa"/>
                  <w:bottom w:w="85.0" w:type="dxa"/>
                </w:tcMar>
                <w:vAlign w:val="top"/>
              </w:tcPr>
              <w:p w:rsidR="00000000" w:rsidDel="00000000" w:rsidP="00000000" w:rsidRDefault="00000000" w:rsidRPr="00000000" w14:paraId="000000DE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15.30–17.00</w:t>
                </w:r>
                <w:r w:rsidDel="00000000" w:rsidR="00000000" w:rsidRPr="00000000">
                  <w:rPr>
                    <w:rtl w:val="0"/>
                  </w:rPr>
                  <w:br w:type="textWrapping"/>
                  <w:t xml:space="preserve">Синтакса енгл. језика II </w:t>
                </w:r>
              </w:p>
              <w:p w:rsidR="00000000" w:rsidDel="00000000" w:rsidP="00000000" w:rsidRDefault="00000000" w:rsidRPr="00000000" w14:paraId="000000DF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В – др Татјана Марјановић, редовни професор</w:t>
                </w:r>
              </w:p>
            </w:tc>
            <w:tc>
              <w:tcPr>
                <w:shd w:fill="f4f8fb" w:val="clear"/>
                <w:tcMar>
                  <w:top w:w="85.0" w:type="dxa"/>
                  <w:bottom w:w="85.0" w:type="dxa"/>
                </w:tcMar>
                <w:vAlign w:val="top"/>
              </w:tcPr>
              <w:p w:rsidR="00000000" w:rsidDel="00000000" w:rsidP="00000000" w:rsidRDefault="00000000" w:rsidRPr="00000000" w14:paraId="000000E0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14.30–16.00</w:t>
                </w:r>
                <w:r w:rsidDel="00000000" w:rsidR="00000000" w:rsidRPr="00000000">
                  <w:rPr>
                    <w:rtl w:val="0"/>
                  </w:rPr>
                  <w:br w:type="textWrapping"/>
                  <w:t xml:space="preserve">Савремени енгл. језик III </w:t>
                </w:r>
              </w:p>
              <w:p w:rsidR="00000000" w:rsidDel="00000000" w:rsidP="00000000" w:rsidRDefault="00000000" w:rsidRPr="00000000" w14:paraId="000000E1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В – Јована Јоргић, асистент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f4f8fb" w:val="clear"/>
                <w:tcMar>
                  <w:top w:w="85.0" w:type="dxa"/>
                  <w:bottom w:w="85.0" w:type="dxa"/>
                </w:tcMar>
                <w:vAlign w:val="top"/>
              </w:tcPr>
              <w:p w:rsidR="00000000" w:rsidDel="00000000" w:rsidP="00000000" w:rsidRDefault="00000000" w:rsidRPr="00000000" w14:paraId="000000E2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15.30–17.00</w:t>
                </w:r>
                <w:r w:rsidDel="00000000" w:rsidR="00000000" w:rsidRPr="00000000">
                  <w:rPr>
                    <w:rtl w:val="0"/>
                  </w:rPr>
                  <w:br w:type="textWrapping"/>
                  <w:t xml:space="preserve">Савремени енглески језик V </w:t>
                </w:r>
              </w:p>
              <w:p w:rsidR="00000000" w:rsidDel="00000000" w:rsidP="00000000" w:rsidRDefault="00000000" w:rsidRPr="00000000" w14:paraId="000000E3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В – др Дејан Милиновић, доцент</w:t>
                </w:r>
              </w:p>
            </w:tc>
            <w:tc>
              <w:tcPr>
                <w:shd w:fill="f4f8fb" w:val="clear"/>
                <w:tcMar>
                  <w:top w:w="85.0" w:type="dxa"/>
                  <w:bottom w:w="85.0" w:type="dxa"/>
                </w:tcMar>
                <w:vAlign w:val="top"/>
              </w:tcPr>
              <w:p w:rsidR="00000000" w:rsidDel="00000000" w:rsidP="00000000" w:rsidRDefault="00000000" w:rsidRPr="00000000" w14:paraId="000000E4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17.00–18.30</w:t>
                </w:r>
                <w:r w:rsidDel="00000000" w:rsidR="00000000" w:rsidRPr="00000000">
                  <w:rPr>
                    <w:rtl w:val="0"/>
                  </w:rPr>
                  <w:br w:type="textWrapping"/>
                  <w:t xml:space="preserve">Методика II </w:t>
                </w:r>
              </w:p>
              <w:p w:rsidR="00000000" w:rsidDel="00000000" w:rsidP="00000000" w:rsidRDefault="00000000" w:rsidRPr="00000000" w14:paraId="000000E5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П – др Сања Јосифовић-Елезовић, редовни професор</w:t>
                </w:r>
              </w:p>
            </w:tc>
            <w:tc>
              <w:tcPr>
                <w:shd w:fill="f4f8fb" w:val="clear"/>
                <w:tcMar>
                  <w:top w:w="85.0" w:type="dxa"/>
                  <w:bottom w:w="85.0" w:type="dxa"/>
                </w:tcMar>
                <w:vAlign w:val="top"/>
              </w:tcPr>
              <w:p w:rsidR="00000000" w:rsidDel="00000000" w:rsidP="00000000" w:rsidRDefault="00000000" w:rsidRPr="00000000" w14:paraId="000000E6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17.00–18.30</w:t>
                </w:r>
                <w:r w:rsidDel="00000000" w:rsidR="00000000" w:rsidRPr="00000000">
                  <w:rPr>
                    <w:rtl w:val="0"/>
                  </w:rPr>
                  <w:br w:type="textWrapping"/>
                  <w:t xml:space="preserve">Њемачки језик </w:t>
                </w:r>
              </w:p>
              <w:p w:rsidR="00000000" w:rsidDel="00000000" w:rsidP="00000000" w:rsidRDefault="00000000" w:rsidRPr="00000000" w14:paraId="000000E7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П – Милана Војводић, ма, асистент</w:t>
                </w:r>
              </w:p>
            </w:tc>
            <w:tc>
              <w:tcPr>
                <w:shd w:fill="f4f8fb" w:val="clear"/>
                <w:tcMar>
                  <w:top w:w="85.0" w:type="dxa"/>
                  <w:bottom w:w="85.0" w:type="dxa"/>
                </w:tcMar>
                <w:vAlign w:val="top"/>
              </w:tcPr>
              <w:p w:rsidR="00000000" w:rsidDel="00000000" w:rsidP="00000000" w:rsidRDefault="00000000" w:rsidRPr="00000000" w14:paraId="000000E8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17.00–18.30</w:t>
                </w:r>
                <w:r w:rsidDel="00000000" w:rsidR="00000000" w:rsidRPr="00000000">
                  <w:rPr>
                    <w:rtl w:val="0"/>
                  </w:rPr>
                  <w:br w:type="textWrapping"/>
                  <w:t xml:space="preserve">Савремени енглески језик VII </w:t>
                </w:r>
              </w:p>
              <w:p w:rsidR="00000000" w:rsidDel="00000000" w:rsidP="00000000" w:rsidRDefault="00000000" w:rsidRPr="00000000" w14:paraId="000000E9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В – Милица Јошић- Милиновић, ма, наставник стр. језика и вјештина</w:t>
                </w:r>
              </w:p>
            </w:tc>
            <w:tc>
              <w:tcPr>
                <w:shd w:fill="f4f8fb" w:val="clear"/>
                <w:tcMar>
                  <w:top w:w="85.0" w:type="dxa"/>
                  <w:bottom w:w="85.0" w:type="dxa"/>
                </w:tcMar>
                <w:vAlign w:val="top"/>
              </w:tcPr>
              <w:p w:rsidR="00000000" w:rsidDel="00000000" w:rsidP="00000000" w:rsidRDefault="00000000" w:rsidRPr="00000000" w14:paraId="000000EA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16.00–17.30</w:t>
                </w:r>
                <w:r w:rsidDel="00000000" w:rsidR="00000000" w:rsidRPr="00000000">
                  <w:rPr>
                    <w:rtl w:val="0"/>
                  </w:rPr>
                  <w:br w:type="textWrapping"/>
                  <w:t xml:space="preserve">Морфологија енглеског језика </w:t>
                </w:r>
              </w:p>
              <w:p w:rsidR="00000000" w:rsidDel="00000000" w:rsidP="00000000" w:rsidRDefault="00000000" w:rsidRPr="00000000" w14:paraId="000000EB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В – др Јасна Јуришић Рољић, доцент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f4f8fb" w:val="clear"/>
                <w:tcMar>
                  <w:top w:w="85.0" w:type="dxa"/>
                  <w:bottom w:w="85.0" w:type="dxa"/>
                </w:tcMar>
                <w:vAlign w:val="top"/>
              </w:tcPr>
              <w:p w:rsidR="00000000" w:rsidDel="00000000" w:rsidP="00000000" w:rsidRDefault="00000000" w:rsidRPr="00000000" w14:paraId="000000EC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18.00–19.30</w:t>
                </w:r>
                <w:r w:rsidDel="00000000" w:rsidR="00000000" w:rsidRPr="00000000">
                  <w:rPr>
                    <w:rtl w:val="0"/>
                  </w:rPr>
                  <w:br w:type="textWrapping"/>
                  <w:t xml:space="preserve">КУРС ГРЧКОГ ЈЕЗИКА</w:t>
                </w:r>
              </w:p>
            </w:tc>
            <w:tc>
              <w:tcPr>
                <w:tcMar>
                  <w:top w:w="85.0" w:type="dxa"/>
                  <w:bottom w:w="85.0" w:type="dxa"/>
                </w:tcMar>
                <w:vAlign w:val="top"/>
              </w:tcPr>
              <w:p w:rsidR="00000000" w:rsidDel="00000000" w:rsidP="00000000" w:rsidRDefault="00000000" w:rsidRPr="00000000" w14:paraId="000000ED">
                <w:pPr>
                  <w:spacing w:after="0"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18.30–20.00</w:t>
                  <w:br w:type="textWrapping"/>
                  <w:t xml:space="preserve">СЛОБОДАН ТЕРМИН</w:t>
                </w:r>
              </w:p>
            </w:tc>
            <w:tc>
              <w:tcPr>
                <w:shd w:fill="f4f8fb" w:val="clear"/>
                <w:tcMar>
                  <w:top w:w="85.0" w:type="dxa"/>
                  <w:bottom w:w="85.0" w:type="dxa"/>
                </w:tcMar>
                <w:vAlign w:val="top"/>
              </w:tcPr>
              <w:p w:rsidR="00000000" w:rsidDel="00000000" w:rsidP="00000000" w:rsidRDefault="00000000" w:rsidRPr="00000000" w14:paraId="000000EE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18.30–20.00</w:t>
                </w:r>
                <w:r w:rsidDel="00000000" w:rsidR="00000000" w:rsidRPr="00000000">
                  <w:rPr>
                    <w:rtl w:val="0"/>
                  </w:rPr>
                  <w:br w:type="textWrapping"/>
                  <w:t xml:space="preserve">КУРС ГРЧКОГ ЈЕЗИКА</w:t>
                </w:r>
              </w:p>
            </w:tc>
            <w:tc>
              <w:tcPr>
                <w:shd w:fill="f4f8fb" w:val="clear"/>
                <w:tcMar>
                  <w:top w:w="85.0" w:type="dxa"/>
                  <w:bottom w:w="85.0" w:type="dxa"/>
                </w:tcMar>
                <w:vAlign w:val="top"/>
              </w:tcPr>
              <w:p w:rsidR="00000000" w:rsidDel="00000000" w:rsidP="00000000" w:rsidRDefault="00000000" w:rsidRPr="00000000" w14:paraId="000000EF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18.30–20.00</w:t>
                </w:r>
                <w:r w:rsidDel="00000000" w:rsidR="00000000" w:rsidRPr="00000000">
                  <w:rPr>
                    <w:rtl w:val="0"/>
                  </w:rPr>
                  <w:br w:type="textWrapping"/>
                  <w:t xml:space="preserve">Савремени енгл. језик V </w:t>
                </w:r>
              </w:p>
              <w:p w:rsidR="00000000" w:rsidDel="00000000" w:rsidP="00000000" w:rsidRDefault="00000000" w:rsidRPr="00000000" w14:paraId="000000F0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В – др Данијела Мајсторовић, редовни професор</w:t>
                </w:r>
              </w:p>
            </w:tc>
            <w:tc>
              <w:tcPr>
                <w:tcMar>
                  <w:top w:w="85.0" w:type="dxa"/>
                  <w:bottom w:w="85.0" w:type="dxa"/>
                </w:tcMar>
                <w:vAlign w:val="top"/>
              </w:tcPr>
              <w:p w:rsidR="00000000" w:rsidDel="00000000" w:rsidP="00000000" w:rsidRDefault="00000000" w:rsidRPr="00000000" w14:paraId="000000F1">
                <w:pPr>
                  <w:spacing w:after="0"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17.30–20.00</w:t>
                  <w:br w:type="textWrapping"/>
                  <w:t xml:space="preserve">СЛОБОДАН ТЕРМИН</w:t>
                </w:r>
              </w:p>
            </w:tc>
          </w:tr>
        </w:tbl>
      </w:sdtContent>
    </w:sdt>
    <w:p w:rsidR="00000000" w:rsidDel="00000000" w:rsidP="00000000" w:rsidRDefault="00000000" w:rsidRPr="00000000" w14:paraId="000000F2">
      <w:pPr>
        <w:spacing w:after="10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b w:val="1"/>
          <w:bCs w:val="1"/>
          <w:color w:val="1f4e79"/>
          <w:sz w:val="26"/>
          <w:szCs w:val="26"/>
          <w:rtl w:val="0"/>
        </w:rPr>
        <w:t xml:space="preserve">УЧИОНИЦА 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spacing w:after="100" w:lineRule="auto"/>
        <w:rPr/>
      </w:pPr>
      <w:r w:rsidDel="00000000" w:rsidR="00000000" w:rsidRPr="00000000">
        <w:rPr>
          <w:color w:val="5f5f5f"/>
          <w:sz w:val="17"/>
          <w:szCs w:val="17"/>
          <w:rtl w:val="0"/>
        </w:rPr>
        <w:t xml:space="preserve">Обједињени преглед коришћења просторије · академска 2026/2027. година</w:t>
      </w:r>
      <w:r w:rsidDel="00000000" w:rsidR="00000000" w:rsidRPr="00000000">
        <w:rPr>
          <w:rtl w:val="0"/>
        </w:rPr>
      </w:r>
    </w:p>
    <w:tbl>
      <w:tblPr>
        <w:tblStyle w:val="Table8"/>
        <w:tblW w:w="14545.0" w:type="dxa"/>
        <w:jc w:val="center"/>
        <w:tblLayout w:type="fixed"/>
        <w:tblLook w:val="0400"/>
      </w:tblPr>
      <w:tblGrid>
        <w:gridCol w:w="2909"/>
        <w:gridCol w:w="2909"/>
        <w:gridCol w:w="2909"/>
        <w:gridCol w:w="2909"/>
        <w:gridCol w:w="2909"/>
        <w:tblGridChange w:id="0">
          <w:tblGrid>
            <w:gridCol w:w="2909"/>
            <w:gridCol w:w="2909"/>
            <w:gridCol w:w="2909"/>
            <w:gridCol w:w="2909"/>
            <w:gridCol w:w="2909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spacing w:after="0" w:line="228" w:lineRule="auto"/>
              <w:rPr/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СТУДИЈСКИ ПРОГРАМ СИНОЛОГИЈЕ</w:t>
              <w:br w:type="textWrapping"/>
              <w:t xml:space="preserve">8:30–10:00</w:t>
              <w:br w:type="textWrapping"/>
              <w:t xml:space="preserve">Савремени кинески језик 2 Соња Станковић, ма, уч. 8</w:t>
              <w:br w:type="textWrapping"/>
              <w:t xml:space="preserve">10:15–11:45</w:t>
              <w:br w:type="textWrapping"/>
              <w:t xml:space="preserve">Педагогија проф. др Татјана Марић ,304</w:t>
              <w:br w:type="textWrapping"/>
              <w:t xml:space="preserve">12:00–13:30</w:t>
              <w:br w:type="textWrapping"/>
              <w:t xml:space="preserve">Преглед кинеске историје проф. др Славојка Бештић-Бронза уч. 8</w:t>
              <w:br w:type="textWrapping"/>
              <w:t xml:space="preserve">14:00–15:30</w:t>
              <w:br w:type="textWrapping"/>
              <w:t xml:space="preserve">Увод у теорију књижевности, проф. др Сања Мацура, уч. 8</w:t>
              <w:br w:type="textWrapping"/>
              <w:t xml:space="preserve">15:45–17:15</w:t>
              <w:br w:type="textWrapping"/>
              <w:t xml:space="preserve">Енглески језик 5, Јована Јоргић , уч. 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spacing w:after="0" w:line="228" w:lineRule="auto"/>
              <w:rPr/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СТУДИЈСКИ ПРОГРАМ СИНОЛОГИЈЕ</w:t>
              <w:br w:type="textWrapping"/>
              <w:t xml:space="preserve">9:00–10:30</w:t>
              <w:br w:type="textWrapping"/>
              <w:t xml:space="preserve">Савремени кинески језик 2 Соња Станковић, ма, уч. 8</w:t>
              <w:br w:type="textWrapping"/>
              <w:t xml:space="preserve">10:30–12:00</w:t>
              <w:br w:type="textWrapping"/>
              <w:t xml:space="preserve">Кинеска култура 3</w:t>
              <w:br w:type="textWrapping"/>
              <w:t xml:space="preserve">12:00–13:30</w:t>
              <w:br w:type="textWrapping"/>
              <w:t xml:space="preserve">Кинеска култура 3</w:t>
              <w:br w:type="textWrapping"/>
              <w:t xml:space="preserve">13:30–15:00</w:t>
              <w:br w:type="textWrapping"/>
              <w:t xml:space="preserve">Савремени кинески језик 7 , Соња Станковић, ма, уч. 8 1 5.15-1 6.45 Савремени кинески језик 5, Гуо Муцен, уч. 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spacing w:after="0" w:line="228" w:lineRule="auto"/>
              <w:rPr/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СТУДИЈСКИ ПРОГРАМ СИНОЛОГИЈЕ</w:t>
              <w:br w:type="textWrapping"/>
              <w:t xml:space="preserve">9:00–10:30</w:t>
              <w:br w:type="textWrapping"/>
              <w:t xml:space="preserve">Савремени кинески језик 3 Соња Станковић, ма, уч. 8</w:t>
              <w:br w:type="textWrapping"/>
              <w:t xml:space="preserve">10:45–12:15</w:t>
              <w:br w:type="textWrapping"/>
              <w:t xml:space="preserve">Српски језик 1 проф. др Мијана Кубурић Мацура, уч. 8</w:t>
              <w:br w:type="textWrapping"/>
              <w:t xml:space="preserve">13:30–15:00</w:t>
              <w:br w:type="textWrapping"/>
              <w:t xml:space="preserve">Савремени кинески језик 5, Гуо Муцен, уч. 8</w:t>
              <w:br w:type="textWrapping"/>
              <w:t xml:space="preserve">15:00–16:30</w:t>
              <w:br w:type="textWrapping"/>
              <w:t xml:space="preserve">Енглески језик 1 проф . др Емир Мухић, уч. 8</w:t>
              <w:br w:type="textWrapping"/>
              <w:t xml:space="preserve">16:30–18:00</w:t>
              <w:br w:type="textWrapping"/>
              <w:t xml:space="preserve">Енглески језик проф . др Емир Мухић, уч. 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spacing w:after="0" w:line="228" w:lineRule="auto"/>
              <w:rPr/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СТУДИЈСКИ ПРОГРАМ СИНОЛОГИЈЕ</w:t>
              <w:br w:type="textWrapping"/>
              <w:t xml:space="preserve">9:00–10:30</w:t>
              <w:br w:type="textWrapping"/>
              <w:t xml:space="preserve">Савремени кинески језик 3 Соња Станковић, ма, уч. 8</w:t>
              <w:br w:type="textWrapping"/>
              <w:t xml:space="preserve">10:30–12:00</w:t>
              <w:br w:type="textWrapping"/>
              <w:t xml:space="preserve">Кинески језик 5 , Ања Мудреновић , ма, уч. 8 12.15-1 3.45 Кинески језик 7 , Ања Мудреновић , ма, уч. 8</w:t>
              <w:br w:type="textWrapping"/>
              <w:t xml:space="preserve">13:45–15:15</w:t>
              <w:br w:type="textWrapping"/>
              <w:t xml:space="preserve">Енглески језик 7, Јована Јоргић , уч. 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spacing w:after="0" w:line="228" w:lineRule="auto"/>
              <w:rPr/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СТУДИЈСКИ ПРОГРАМ СИНОЛОГИЈЕ</w:t>
              <w:br w:type="textWrapping"/>
              <w:t xml:space="preserve">9:00–10:30</w:t>
              <w:br w:type="textWrapping"/>
              <w:t xml:space="preserve">Савремени кинески језик 3 Соња Станковић, ма, уч. 8</w:t>
              <w:br w:type="textWrapping"/>
              <w:t xml:space="preserve">10:30–12:00</w:t>
              <w:br w:type="textWrapping"/>
              <w:t xml:space="preserve">Кинески језик 1 , Ања Мудреновић , ма, уч. 8</w:t>
              <w:br w:type="textWrapping"/>
              <w:t xml:space="preserve">12:30–14:00</w:t>
              <w:br w:type="textWrapping"/>
              <w:t xml:space="preserve">Кинески језик 3 , Ања Мудреновић , ма, уч. 8</w:t>
              <w:br w:type="textWrapping"/>
              <w:t xml:space="preserve">14:00–15:30</w:t>
              <w:br w:type="textWrapping"/>
              <w:t xml:space="preserve">Савремени кинески језик 5, Гуо Муцен, уч. 8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F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b w:val="1"/>
          <w:bCs w:val="1"/>
          <w:color w:val="1f4e79"/>
          <w:sz w:val="26"/>
          <w:szCs w:val="26"/>
          <w:rtl w:val="0"/>
        </w:rPr>
        <w:t xml:space="preserve">УЧИОНИЦА 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spacing w:after="100" w:lineRule="auto"/>
        <w:rPr/>
      </w:pPr>
      <w:r w:rsidDel="00000000" w:rsidR="00000000" w:rsidRPr="00000000">
        <w:rPr>
          <w:color w:val="5f5f5f"/>
          <w:sz w:val="17"/>
          <w:szCs w:val="17"/>
          <w:rtl w:val="0"/>
        </w:rPr>
        <w:t xml:space="preserve">Обједињени преглед коришћења просторије · академска 2026/2027. година</w:t>
      </w:r>
      <w:r w:rsidDel="00000000" w:rsidR="00000000" w:rsidRPr="00000000">
        <w:rPr>
          <w:rtl w:val="0"/>
        </w:rPr>
      </w:r>
    </w:p>
    <w:tbl>
      <w:tblPr>
        <w:tblStyle w:val="Table9"/>
        <w:tblW w:w="14545.0" w:type="dxa"/>
        <w:jc w:val="center"/>
        <w:tblLayout w:type="fixed"/>
        <w:tblLook w:val="0400"/>
      </w:tblPr>
      <w:tblGrid>
        <w:gridCol w:w="2909"/>
        <w:gridCol w:w="2909"/>
        <w:gridCol w:w="2909"/>
        <w:gridCol w:w="2909"/>
        <w:gridCol w:w="2909"/>
        <w:tblGridChange w:id="0">
          <w:tblGrid>
            <w:gridCol w:w="2909"/>
            <w:gridCol w:w="2909"/>
            <w:gridCol w:w="2909"/>
            <w:gridCol w:w="2909"/>
            <w:gridCol w:w="2909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spacing w:after="0" w:line="228" w:lineRule="auto"/>
              <w:rPr/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СТУДИЈСКИ ПРОГРАМ СРПСКОГ ЈЕЗИКА И КЊИЖЕВНОСТИ</w:t>
              <w:br w:type="textWrapping"/>
              <w:t xml:space="preserve">09:30–11:00</w:t>
              <w:br w:type="textWrapping"/>
              <w:t xml:space="preserve">Дубровачка пасторална драма (2. година)</w:t>
              <w:br w:type="textWrapping"/>
              <w:t xml:space="preserve">П — проф. др Мирјана Арежина</w:t>
              <w:br w:type="textWrapping"/>
              <w:t xml:space="preserve">11:00–12:30</w:t>
              <w:br w:type="textWrapping"/>
              <w:t xml:space="preserve">Српска књижевност ренесансе (2. година)</w:t>
              <w:br w:type="textWrapping"/>
              <w:t xml:space="preserve">В — проф. др Мирјана Арежина</w:t>
              <w:br w:type="textWrapping"/>
              <w:t xml:space="preserve">12:30–14:00</w:t>
              <w:br w:type="textWrapping"/>
              <w:t xml:space="preserve">Енглески језик и књижевност</w:t>
              <w:br w:type="textWrapping"/>
              <w:t xml:space="preserve">15:00–17:15</w:t>
              <w:br w:type="textWrapping"/>
              <w:t xml:space="preserve">Стилистика српског језика 1 (4. година)</w:t>
              <w:br w:type="textWrapping"/>
              <w:t xml:space="preserve">П+В — доц. др Горан Милашин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spacing w:after="0" w:line="228" w:lineRule="auto"/>
              <w:rPr/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СТУДИЈСКИ ПРОГРАМ СРПСКОГ ЈЕЗИКА И КЊИЖЕВНОСТИ</w:t>
              <w:br w:type="textWrapping"/>
              <w:t xml:space="preserve">08:45–11:00</w:t>
              <w:br w:type="textWrapping"/>
              <w:t xml:space="preserve">Педагогија (2. година)</w:t>
              <w:br w:type="textWrapping"/>
              <w:t xml:space="preserve">П — проф. др Небојша Мацановић</w:t>
              <w:br w:type="textWrapping"/>
              <w:t xml:space="preserve">11:00–12:30</w:t>
              <w:br w:type="textWrapping"/>
              <w:t xml:space="preserve">Српска књижевност романтизма (3. година)</w:t>
              <w:br w:type="textWrapping"/>
              <w:t xml:space="preserve">П — проф. др Душко Певуља</w:t>
              <w:br w:type="textWrapping"/>
              <w:t xml:space="preserve">12:30–14:00</w:t>
              <w:br w:type="textWrapping"/>
              <w:t xml:space="preserve">Српска књижевност од барока до класицизма (2. година)</w:t>
              <w:br w:type="textWrapping"/>
              <w:t xml:space="preserve">П — проф. др Душко Певуља</w:t>
              <w:br w:type="textWrapping"/>
              <w:t xml:space="preserve">14:00–16:15</w:t>
              <w:br w:type="textWrapping"/>
              <w:t xml:space="preserve">Општа књижевност 2 (2. година)</w:t>
              <w:br w:type="textWrapping"/>
              <w:t xml:space="preserve">П — проф. др Игор Симановић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09">
            <w:pPr>
              <w:spacing w:after="0" w:line="228" w:lineRule="auto"/>
              <w:rPr/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СТУДИЈСКИ ПРОГРАМ СРПСКОГ ЈЕЗИКА И КЊИЖЕВНОСТИ</w:t>
              <w:br w:type="textWrapping"/>
              <w:t xml:space="preserve">08:30–10:00</w:t>
              <w:br w:type="textWrapping"/>
              <w:t xml:space="preserve">Теорија књижевности 1 (1. година)</w:t>
              <w:br w:type="textWrapping"/>
              <w:t xml:space="preserve">П — доц. др Данијел Дојчиновић</w:t>
              <w:br w:type="textWrapping"/>
              <w:t xml:space="preserve">10:00–11:30</w:t>
              <w:br w:type="textWrapping"/>
              <w:t xml:space="preserve">Лексикологија српског језика (3. година)</w:t>
              <w:br w:type="textWrapping"/>
              <w:t xml:space="preserve">В — С. Леро Максимовић</w:t>
              <w:br w:type="textWrapping"/>
              <w:t xml:space="preserve">11:30–13:00</w:t>
              <w:br w:type="textWrapping"/>
              <w:t xml:space="preserve">Дијалектологија српског језика 1 (3. година)</w:t>
              <w:br w:type="textWrapping"/>
              <w:t xml:space="preserve">П — проф. др Драгомир Козомара</w:t>
              <w:br w:type="textWrapping"/>
              <w:t xml:space="preserve">13:00–14:30</w:t>
              <w:br w:type="textWrapping"/>
              <w:t xml:space="preserve">Синтакса руског језика 2 (4. година)</w:t>
              <w:br w:type="textWrapping"/>
              <w:t xml:space="preserve">В — Наташа Кецман</w:t>
              <w:br w:type="textWrapping"/>
              <w:t xml:space="preserve">14:30–16:00</w:t>
              <w:br w:type="textWrapping"/>
              <w:t xml:space="preserve">Општа књижевност 2 (2. година)</w:t>
              <w:br w:type="textWrapping"/>
              <w:t xml:space="preserve">В — проф. др Игор Симановић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spacing w:after="0" w:line="228" w:lineRule="auto"/>
              <w:rPr/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СТУДИЈСКИ ПРОГРАМ СРПСКОГ ЈЕЗИКА И КЊИЖЕВНОСТИ</w:t>
              <w:br w:type="textWrapping"/>
              <w:t xml:space="preserve">08:00–09:30</w:t>
              <w:br w:type="textWrapping"/>
              <w:t xml:space="preserve">Старословенски језик 1 (1. година)</w:t>
              <w:br w:type="textWrapping"/>
              <w:t xml:space="preserve">П — проф. др Зорица Никитовић</w:t>
              <w:br w:type="textWrapping"/>
              <w:t xml:space="preserve">09:30–11:00</w:t>
              <w:br w:type="textWrapping"/>
              <w:t xml:space="preserve">Српска књижевност ренесансе (2. година)</w:t>
              <w:br w:type="textWrapping"/>
              <w:t xml:space="preserve">П — проф. др Мирјана Арежина</w:t>
              <w:br w:type="textWrapping"/>
              <w:t xml:space="preserve">11:00–12:30</w:t>
              <w:br w:type="textWrapping"/>
              <w:t xml:space="preserve">Фонологија и акцентологија српског језика (2. година)</w:t>
              <w:br w:type="textWrapping"/>
              <w:t xml:space="preserve">В — проф. др Слађана Цукут</w:t>
              <w:br w:type="textWrapping"/>
              <w:t xml:space="preserve">13:15–14:45</w:t>
              <w:br w:type="textWrapping"/>
              <w:t xml:space="preserve">Фонологија и акцентологија (2. година)</w:t>
              <w:br w:type="textWrapping"/>
              <w:t xml:space="preserve">П — проф. др Драгомир Козомара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spacing w:after="0" w:line="228" w:lineRule="auto"/>
              <w:rPr/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СТУДИЈСКИ ПРОГРАМ СРПСКОГ ЈЕЗИКА И КЊИЖЕВНОСТИ</w:t>
              <w:br w:type="textWrapping"/>
              <w:t xml:space="preserve">09:00–10:30</w:t>
              <w:br w:type="textWrapping"/>
              <w:t xml:space="preserve">Историјска морфологија српског језика 2 (2. година)</w:t>
              <w:br w:type="textWrapping"/>
              <w:t xml:space="preserve">П — Б. Бабић</w:t>
              <w:br w:type="textWrapping"/>
              <w:t xml:space="preserve">10:30–12:00</w:t>
              <w:br w:type="textWrapping"/>
              <w:t xml:space="preserve">Историјска морфологија српског језика 2 (2. година)</w:t>
              <w:br w:type="textWrapping"/>
              <w:t xml:space="preserve">В — В. Берак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C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b w:val="1"/>
          <w:bCs w:val="1"/>
          <w:color w:val="1f4e79"/>
          <w:sz w:val="26"/>
          <w:szCs w:val="26"/>
          <w:rtl w:val="0"/>
        </w:rPr>
        <w:t xml:space="preserve">УЧИОНИЦА 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spacing w:after="100" w:lineRule="auto"/>
        <w:rPr/>
      </w:pPr>
      <w:r w:rsidDel="00000000" w:rsidR="00000000" w:rsidRPr="00000000">
        <w:rPr>
          <w:color w:val="5f5f5f"/>
          <w:sz w:val="17"/>
          <w:szCs w:val="17"/>
          <w:rtl w:val="0"/>
        </w:rPr>
        <w:t xml:space="preserve">Обједињени преглед коришћења просторије · академска 2026/2027. година</w:t>
      </w:r>
      <w:r w:rsidDel="00000000" w:rsidR="00000000" w:rsidRPr="00000000">
        <w:rPr>
          <w:rtl w:val="0"/>
        </w:rPr>
      </w:r>
    </w:p>
    <w:tbl>
      <w:tblPr>
        <w:tblStyle w:val="Table10"/>
        <w:tblW w:w="14545.0" w:type="dxa"/>
        <w:jc w:val="center"/>
        <w:tblLayout w:type="fixed"/>
        <w:tblLook w:val="0400"/>
      </w:tblPr>
      <w:tblGrid>
        <w:gridCol w:w="2909"/>
        <w:gridCol w:w="2909"/>
        <w:gridCol w:w="2909"/>
        <w:gridCol w:w="2909"/>
        <w:gridCol w:w="2909"/>
        <w:tblGridChange w:id="0">
          <w:tblGrid>
            <w:gridCol w:w="2909"/>
            <w:gridCol w:w="2909"/>
            <w:gridCol w:w="2909"/>
            <w:gridCol w:w="2909"/>
            <w:gridCol w:w="2909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0F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10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11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12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СТУДИЈСКИ ПРОГРАМ СРПСКОГ ЈЕЗИКА И КЊИЖЕВНОСТИ</w:t>
              <w:br w:type="textWrapping"/>
              <w:t xml:space="preserve">10:00–11:30</w:t>
              <w:br w:type="textWrapping"/>
              <w:t xml:space="preserve">Историјска фонетика српског језика (1. година)</w:t>
              <w:br w:type="textWrapping"/>
              <w:t xml:space="preserve">П — проф. др Биљана Бабић</w:t>
              <w:br w:type="textWrapping"/>
              <w:t xml:space="preserve">13:30–15:00</w:t>
              <w:br w:type="textWrapping"/>
              <w:t xml:space="preserve">Лексикологија српског језика (3. година)</w:t>
              <w:br w:type="textWrapping"/>
              <w:t xml:space="preserve">П — проф. др Дијана Црњак</w:t>
            </w:r>
          </w:p>
          <w:p w:rsidR="00000000" w:rsidDel="00000000" w:rsidP="00000000" w:rsidRDefault="00000000" w:rsidRPr="00000000" w14:paraId="0000011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15:00</w:t>
            </w:r>
            <w:r w:rsidDel="00000000" w:rsidR="00000000" w:rsidRPr="00000000">
              <w:rPr>
                <w:rtl w:val="0"/>
              </w:rPr>
              <w:t xml:space="preserve">–17.00</w:t>
            </w:r>
          </w:p>
          <w:p w:rsidR="00000000" w:rsidDel="00000000" w:rsidP="00000000" w:rsidRDefault="00000000" w:rsidRPr="00000000" w14:paraId="0000011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Педагогија</w:t>
            </w:r>
          </w:p>
          <w:p w:rsidR="00000000" w:rsidDel="00000000" w:rsidP="00000000" w:rsidRDefault="00000000" w:rsidRPr="00000000" w14:paraId="0000011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П- проф. др Небојша Мацановић </w:t>
            </w:r>
            <w:r w:rsidDel="00000000" w:rsidR="00000000" w:rsidRPr="00000000">
              <w:rPr>
                <w:rtl w:val="0"/>
              </w:rPr>
              <w:br w:type="textWrapping"/>
              <w:t xml:space="preserve">17:00–18:30</w:t>
              <w:br w:type="textWrapping"/>
              <w:t xml:space="preserve">Књижевна морфологија (3. година)</w:t>
              <w:br w:type="textWrapping"/>
              <w:t xml:space="preserve">П — проф. др Игор Симановић</w:t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18">
            <w:pPr>
              <w:rPr/>
            </w:pPr>
            <w:r w:rsidDel="00000000" w:rsidR="00000000" w:rsidRPr="00000000">
              <w:rPr>
                <w:rtl w:val="0"/>
              </w:rPr>
              <w:t xml:space="preserve">СТУДИЈСКИ ПРОГРАМ СРПСКОГ ЈЕЗИКА И КЊИЖЕВНОСТИ</w:t>
              <w:br w:type="textWrapping"/>
              <w:t xml:space="preserve">09:30–12:30</w:t>
              <w:br w:type="textWrapping"/>
              <w:t xml:space="preserve">Српска проза 20. вијека (4. година)</w:t>
              <w:br w:type="textWrapping"/>
              <w:t xml:space="preserve">П — проф. др Ранко Поповић</w:t>
              <w:br w:type="textWrapping"/>
              <w:t xml:space="preserve">13:00–15:15</w:t>
              <w:br w:type="textWrapping"/>
              <w:t xml:space="preserve">Методика наставе српског језика и књижевности 2 (4. година)</w:t>
              <w:br w:type="textWrapping"/>
              <w:t xml:space="preserve">П+В — проф. др Нина Говедар</w:t>
              <w:br w:type="textWrapping"/>
              <w:t xml:space="preserve">15:30–17:00</w:t>
              <w:br w:type="textWrapping"/>
              <w:t xml:space="preserve">Увод у општу лингвистику (1. година)</w:t>
              <w:br w:type="textWrapping"/>
              <w:t xml:space="preserve">П — проф. др Мијана Кубурић Мацура</w:t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rPr/>
            </w:pPr>
            <w:r w:rsidDel="00000000" w:rsidR="00000000" w:rsidRPr="00000000">
              <w:rPr>
                <w:rtl w:val="0"/>
              </w:rPr>
              <w:t xml:space="preserve">СТУДИЈСКИ ПРОГРАМ СРПСКОГ ЈЕЗИКА И КЊИЖЕВНОСТИ</w:t>
              <w:br w:type="textWrapping"/>
              <w:t xml:space="preserve">09:00–10:30</w:t>
              <w:br w:type="textWrapping"/>
              <w:t xml:space="preserve">Преводна књижевност (2. година)</w:t>
              <w:br w:type="textWrapping"/>
              <w:t xml:space="preserve">П — проф. др Славица Васиљевић Илић</w:t>
              <w:br w:type="textWrapping"/>
              <w:t xml:space="preserve">10:30–12:00</w:t>
              <w:br w:type="textWrapping"/>
              <w:t xml:space="preserve">Српска средњовјековна књижевност 1 (1. година)</w:t>
              <w:br w:type="textWrapping"/>
              <w:t xml:space="preserve">П — проф. др Славица Васиљевић Илић</w:t>
              <w:br w:type="textWrapping"/>
              <w:t xml:space="preserve">13:00–16:00</w:t>
              <w:br w:type="textWrapping"/>
              <w:t xml:space="preserve">Српска народна књижевност 1 (1. година)</w:t>
              <w:br w:type="textWrapping"/>
              <w:t xml:space="preserve">П+В — проф. др Јеленка Пандуревић</w:t>
              <w:br w:type="textWrapping"/>
              <w:t xml:space="preserve">16:00–17:30</w:t>
              <w:br w:type="textWrapping"/>
              <w:t xml:space="preserve">Словеначки језик (2. година)</w:t>
              <w:br w:type="textWrapping"/>
              <w:t xml:space="preserve"> — мр Барбара Хануш</w:t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rPr/>
            </w:pPr>
            <w:r w:rsidDel="00000000" w:rsidR="00000000" w:rsidRPr="00000000">
              <w:rPr>
                <w:rtl w:val="0"/>
              </w:rPr>
              <w:t xml:space="preserve">СТУДИЈСКИ ПРОГРАМ СРПСКОГ ЈЕЗИКА И КЊИЖЕВНОСТИ</w:t>
              <w:br w:type="textWrapping"/>
              <w:t xml:space="preserve">08:45–09:30</w:t>
              <w:br w:type="textWrapping"/>
              <w:t xml:space="preserve">Дијалектологија српског језика 1 (3. година)</w:t>
              <w:br w:type="textWrapping"/>
              <w:t xml:space="preserve">В — проф. Слађана Цукут</w:t>
              <w:br w:type="textWrapping"/>
              <w:t xml:space="preserve">09:30–11:00</w:t>
              <w:br w:type="textWrapping"/>
              <w:t xml:space="preserve">Упоредна граматика словенских језика 1 (3. година)</w:t>
              <w:br w:type="textWrapping"/>
              <w:t xml:space="preserve">П — проф. др Зорица Никитовић</w:t>
              <w:br w:type="textWrapping"/>
              <w:t xml:space="preserve">11:00–12:30</w:t>
              <w:br w:type="textWrapping"/>
              <w:t xml:space="preserve">Српска средњовјековна књижевност 1 (1. година)</w:t>
              <w:br w:type="textWrapping"/>
              <w:t xml:space="preserve">В — доц. др Данијел Дојчиновић</w:t>
              <w:br w:type="textWrapping"/>
              <w:t xml:space="preserve">13:00–14:30</w:t>
              <w:br w:type="textWrapping"/>
              <w:t xml:space="preserve">Српска књижевност у БиХ (3. година)</w:t>
              <w:br w:type="textWrapping"/>
              <w:t xml:space="preserve">П — проф. др Младенко Саџак</w:t>
              <w:br w:type="textWrapping"/>
              <w:t xml:space="preserve">14:30–16:00</w:t>
              <w:br w:type="textWrapping"/>
              <w:t xml:space="preserve">Синтакса српског језика 1 (4. година)</w:t>
              <w:br w:type="textWrapping"/>
              <w:t xml:space="preserve">В — доц. др Горан Милашин</w:t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rPr/>
            </w:pPr>
            <w:r w:rsidDel="00000000" w:rsidR="00000000" w:rsidRPr="00000000">
              <w:rPr>
                <w:rtl w:val="0"/>
              </w:rPr>
              <w:t xml:space="preserve">СТУДИЈСКИ ПРОГРАМ СРПСКОГ ЈЕЗИКА И КЊИЖЕВНОСТИ</w:t>
              <w:br w:type="textWrapping"/>
              <w:t xml:space="preserve">14:30–16:00</w:t>
              <w:br w:type="textWrapping"/>
              <w:t xml:space="preserve">Увод у теорију књижевности (русисти), П, проф. др Саша Шмуља</w:t>
              <w:br w:type="textWrapping"/>
              <w:t xml:space="preserve">16:00–18:15</w:t>
              <w:br w:type="textWrapping"/>
              <w:t xml:space="preserve">Компаративно проучавање јужнословенских књижевности 1 (4. година)</w:t>
              <w:br w:type="textWrapping"/>
              <w:t xml:space="preserve">П — проф. др Саша Шмуља</w:t>
            </w:r>
          </w:p>
        </w:tc>
      </w:tr>
    </w:tbl>
    <w:p w:rsidR="00000000" w:rsidDel="00000000" w:rsidP="00000000" w:rsidRDefault="00000000" w:rsidRPr="00000000" w14:paraId="0000011C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b w:val="1"/>
          <w:bCs w:val="1"/>
          <w:color w:val="1f4e79"/>
          <w:sz w:val="26"/>
          <w:szCs w:val="26"/>
          <w:rtl w:val="0"/>
        </w:rPr>
        <w:t xml:space="preserve">КАБИНЕТ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after="100" w:lineRule="auto"/>
        <w:rPr/>
      </w:pPr>
      <w:r w:rsidDel="00000000" w:rsidR="00000000" w:rsidRPr="00000000">
        <w:rPr>
          <w:color w:val="5f5f5f"/>
          <w:sz w:val="17"/>
          <w:szCs w:val="17"/>
          <w:rtl w:val="0"/>
        </w:rPr>
        <w:t xml:space="preserve">Обједињени преглед коришћења просторије · академска 2026/2027. година</w:t>
      </w:r>
      <w:r w:rsidDel="00000000" w:rsidR="00000000" w:rsidRPr="00000000">
        <w:rPr>
          <w:rtl w:val="0"/>
        </w:rPr>
      </w:r>
    </w:p>
    <w:tbl>
      <w:tblPr>
        <w:tblStyle w:val="Table11"/>
        <w:tblW w:w="14545.0" w:type="dxa"/>
        <w:jc w:val="center"/>
        <w:tblLayout w:type="fixed"/>
        <w:tblLook w:val="0400"/>
      </w:tblPr>
      <w:tblGrid>
        <w:gridCol w:w="2909"/>
        <w:gridCol w:w="2909"/>
        <w:gridCol w:w="2909"/>
        <w:gridCol w:w="2909"/>
        <w:gridCol w:w="2909"/>
        <w:tblGridChange w:id="0">
          <w:tblGrid>
            <w:gridCol w:w="2909"/>
            <w:gridCol w:w="2909"/>
            <w:gridCol w:w="2909"/>
            <w:gridCol w:w="2909"/>
            <w:gridCol w:w="2909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spacing w:after="0" w:line="228" w:lineRule="auto"/>
              <w:rPr/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СТУДИЈСКИ ПРОГРАМ РОМАНИСТИКЕ</w:t>
              <w:br w:type="textWrapping"/>
              <w:t xml:space="preserve">10:30–12:00</w:t>
              <w:br w:type="textWrapping"/>
              <w:t xml:space="preserve">Аутобиографија у француској књижевности</w:t>
              <w:br w:type="textWrapping"/>
              <w:t xml:space="preserve">предавања — проф. др Радана Лукајић</w:t>
              <w:br w:type="textWrapping"/>
              <w:t xml:space="preserve">IV – ФР</w:t>
              <w:br w:type="textWrapping"/>
              <w:t xml:space="preserve">12:00–13:30</w:t>
              <w:br w:type="textWrapping"/>
              <w:t xml:space="preserve">Превођење 3</w:t>
              <w:br w:type="textWrapping"/>
              <w:t xml:space="preserve">предавања — проф. др Радана Лукајић</w:t>
              <w:br w:type="textWrapping"/>
              <w:t xml:space="preserve">IV – ФР</w:t>
              <w:br w:type="textWrapping"/>
              <w:t xml:space="preserve">13:30–15:00</w:t>
              <w:br w:type="textWrapping"/>
              <w:t xml:space="preserve">Савремени француски језик 7</w:t>
              <w:br w:type="textWrapping"/>
              <w:t xml:space="preserve">вјежбе — Николина Ољача, ма</w:t>
              <w:br w:type="textWrapping"/>
              <w:t xml:space="preserve">IV – ФР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spacing w:after="0" w:line="228" w:lineRule="auto"/>
              <w:rPr/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СТУДИЈСКИ ПРОГРАМ РОМАНИСТИКЕ</w:t>
              <w:br w:type="textWrapping"/>
              <w:t xml:space="preserve">10:00–11:30</w:t>
              <w:br w:type="textWrapping"/>
              <w:t xml:space="preserve">Латински језик 1</w:t>
              <w:br w:type="textWrapping"/>
              <w:t xml:space="preserve">предавања — проф. др Сања Љубишић</w:t>
              <w:br w:type="textWrapping"/>
              <w:t xml:space="preserve">III – ФР</w:t>
              <w:br w:type="textWrapping"/>
              <w:t xml:space="preserve">12:00–13:30</w:t>
              <w:br w:type="textWrapping"/>
              <w:t xml:space="preserve">Савремени италијански језик 5</w:t>
              <w:br w:type="textWrapping"/>
              <w:t xml:space="preserve">вјежбе — доц. др Мариа Форнари</w:t>
              <w:br w:type="textWrapping"/>
              <w:t xml:space="preserve">III – ИТ / III – ФР</w:t>
              <w:br w:type="textWrapping"/>
              <w:t xml:space="preserve">13:30–15:45</w:t>
              <w:br w:type="textWrapping"/>
              <w:t xml:space="preserve">Савремени француски језик 3</w:t>
              <w:br w:type="textWrapping"/>
              <w:t xml:space="preserve">вјежбе — Весна Марчета, ма</w:t>
              <w:br w:type="textWrapping"/>
              <w:t xml:space="preserve">II</w:t>
              <w:br w:type="textWrapping"/>
              <w:t xml:space="preserve">13:30–15:00</w:t>
              <w:br w:type="textWrapping"/>
              <w:t xml:space="preserve">Фонетика</w:t>
              <w:br w:type="textWrapping"/>
              <w:t xml:space="preserve">предавања — проф. др Јовица Микић</w:t>
              <w:br w:type="textWrapping"/>
              <w:t xml:space="preserve">III – ФР</w:t>
              <w:br w:type="textWrapping"/>
              <w:t xml:space="preserve">15:00–16:30</w:t>
              <w:br w:type="textWrapping"/>
              <w:t xml:space="preserve">Методика наставе француског језика 1</w:t>
              <w:br w:type="textWrapping"/>
              <w:t xml:space="preserve">предавања — проф. др Јовица Микић</w:t>
              <w:br w:type="textWrapping"/>
              <w:t xml:space="preserve">IV – ФР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26">
            <w:pPr>
              <w:spacing w:after="0" w:line="228" w:lineRule="auto"/>
              <w:rPr/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СТУДИЈСКИ ПРОГРАМ РОМАНИСТИКЕ</w:t>
              <w:br w:type="textWrapping"/>
              <w:t xml:space="preserve">10:30–12:00</w:t>
              <w:br w:type="textWrapping"/>
              <w:t xml:space="preserve">Франсоа Рабле и средњовјековна култура</w:t>
              <w:br w:type="textWrapping"/>
              <w:t xml:space="preserve">предавања — проф. др Радана Лукајић</w:t>
              <w:br w:type="textWrapping"/>
              <w:t xml:space="preserve">III – ФР</w:t>
              <w:br w:type="textWrapping"/>
              <w:t xml:space="preserve">12:00–13:30</w:t>
              <w:br w:type="textWrapping"/>
              <w:t xml:space="preserve">Превођење 1</w:t>
              <w:br w:type="textWrapping"/>
              <w:t xml:space="preserve">предавања — проф. др Радана Лукајић</w:t>
              <w:br w:type="textWrapping"/>
              <w:t xml:space="preserve">III – ФР</w:t>
              <w:br w:type="textWrapping"/>
              <w:t xml:space="preserve">13:30–14:15</w:t>
              <w:br w:type="textWrapping"/>
              <w:t xml:space="preserve">Превођење 1</w:t>
              <w:br w:type="textWrapping"/>
              <w:t xml:space="preserve">вјежбе — Николина Ољача, ма</w:t>
              <w:br w:type="textWrapping"/>
              <w:t xml:space="preserve">III – ФР</w:t>
              <w:br w:type="textWrapping"/>
              <w:t xml:space="preserve">14:15–15:00</w:t>
              <w:br w:type="textWrapping"/>
              <w:t xml:space="preserve">Методика наставе француског језика 1</w:t>
              <w:br w:type="textWrapping"/>
              <w:t xml:space="preserve">вјежбе — Николина Ољача, ма</w:t>
              <w:br w:type="textWrapping"/>
              <w:t xml:space="preserve">IV – ФР</w:t>
              <w:br w:type="textWrapping"/>
              <w:t xml:space="preserve">15:00–15:45</w:t>
              <w:br w:type="textWrapping"/>
              <w:t xml:space="preserve">Превођење 3</w:t>
              <w:br w:type="textWrapping"/>
              <w:t xml:space="preserve">вјежбе — Николина Ољача, ма</w:t>
              <w:br w:type="textWrapping"/>
              <w:t xml:space="preserve">IV – ФР</w:t>
              <w:br w:type="textWrapping"/>
              <w:t xml:space="preserve">15:45–17:15</w:t>
              <w:br w:type="textWrapping"/>
              <w:t xml:space="preserve">Савремени француски језик 7</w:t>
              <w:br w:type="textWrapping"/>
              <w:t xml:space="preserve">вјежбе — Милица Црнобрња, ма</w:t>
              <w:br w:type="textWrapping"/>
              <w:t xml:space="preserve">IV – ФР</w:t>
              <w:br w:type="textWrapping"/>
              <w:t xml:space="preserve">17:15–18:45</w:t>
              <w:br w:type="textWrapping"/>
              <w:t xml:space="preserve">Савремени француски језик 3</w:t>
              <w:br w:type="textWrapping"/>
              <w:t xml:space="preserve">вјежбе — Николина Ољача, ма</w:t>
              <w:br w:type="textWrapping"/>
              <w:t xml:space="preserve">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27">
            <w:pPr>
              <w:spacing w:after="0" w:line="228" w:lineRule="auto"/>
              <w:rPr/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СТУДИЈСКИ ПРОГРАМ РОМАНИСТИКЕ</w:t>
              <w:br w:type="textWrapping"/>
              <w:t xml:space="preserve">09:00–10:30</w:t>
              <w:br w:type="textWrapping"/>
              <w:t xml:space="preserve">Савремени француски језик 5</w:t>
              <w:br w:type="textWrapping"/>
              <w:t xml:space="preserve">вјежбе — Весна Марчета, ма</w:t>
              <w:br w:type="textWrapping"/>
              <w:t xml:space="preserve">III – ФР</w:t>
              <w:br w:type="textWrapping"/>
              <w:t xml:space="preserve">10:30–12:00</w:t>
              <w:br w:type="textWrapping"/>
              <w:t xml:space="preserve">Савремени француски језик 5</w:t>
              <w:br w:type="textWrapping"/>
              <w:t xml:space="preserve">вјежбе — Весна Марчета, ма</w:t>
              <w:br w:type="textWrapping"/>
              <w:t xml:space="preserve">III – ФР</w:t>
              <w:br w:type="textWrapping"/>
              <w:t xml:space="preserve">12:30–14:00</w:t>
              <w:br w:type="textWrapping"/>
              <w:t xml:space="preserve">Савремени француски језик 3</w:t>
              <w:br w:type="textWrapping"/>
              <w:t xml:space="preserve">вјежбе — Весна Марчета, ма</w:t>
              <w:br w:type="textWrapping"/>
              <w:t xml:space="preserve">II</w:t>
              <w:br w:type="textWrapping"/>
              <w:t xml:space="preserve">14:00–15:30</w:t>
              <w:br w:type="textWrapping"/>
              <w:t xml:space="preserve">Савремени француски језик 7</w:t>
              <w:br w:type="textWrapping"/>
              <w:t xml:space="preserve">вјежбе — Весна Марчета, ма</w:t>
              <w:br w:type="textWrapping"/>
              <w:t xml:space="preserve">IV – ФР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28">
            <w:pPr>
              <w:spacing w:after="0" w:line="228" w:lineRule="auto"/>
              <w:rPr/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СТУДИЈСКИ ПРОГРАМ РОМАНИСТИКЕ</w:t>
              <w:br w:type="textWrapping"/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9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rPr/>
      </w:pPr>
      <w:r w:rsidDel="00000000" w:rsidR="00000000" w:rsidRPr="00000000">
        <w:rPr>
          <w:b w:val="1"/>
          <w:bCs w:val="1"/>
          <w:color w:val="1f4e79"/>
          <w:sz w:val="26"/>
          <w:szCs w:val="26"/>
          <w:rtl w:val="0"/>
        </w:rPr>
        <w:t xml:space="preserve">КАБИНЕТ 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pacing w:after="100" w:lineRule="auto"/>
        <w:rPr/>
      </w:pPr>
      <w:r w:rsidDel="00000000" w:rsidR="00000000" w:rsidRPr="00000000">
        <w:rPr>
          <w:color w:val="5f5f5f"/>
          <w:sz w:val="17"/>
          <w:szCs w:val="17"/>
          <w:rtl w:val="0"/>
        </w:rPr>
        <w:t xml:space="preserve">Обједињени преглед коришћења просторије · академска 2026/2027. година</w:t>
      </w:r>
      <w:r w:rsidDel="00000000" w:rsidR="00000000" w:rsidRPr="00000000">
        <w:rPr>
          <w:rtl w:val="0"/>
        </w:rPr>
      </w:r>
    </w:p>
    <w:tbl>
      <w:tblPr>
        <w:tblStyle w:val="Table12"/>
        <w:tblW w:w="14545.0" w:type="dxa"/>
        <w:jc w:val="center"/>
        <w:tblLayout w:type="fixed"/>
        <w:tblLook w:val="0400"/>
      </w:tblPr>
      <w:tblGrid>
        <w:gridCol w:w="2909"/>
        <w:gridCol w:w="2909"/>
        <w:gridCol w:w="2909"/>
        <w:gridCol w:w="2909"/>
        <w:gridCol w:w="2909"/>
        <w:tblGridChange w:id="0">
          <w:tblGrid>
            <w:gridCol w:w="2909"/>
            <w:gridCol w:w="2909"/>
            <w:gridCol w:w="2909"/>
            <w:gridCol w:w="2909"/>
            <w:gridCol w:w="2909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2C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2D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2E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2F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30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31">
            <w:pPr>
              <w:spacing w:after="0" w:line="228" w:lineRule="auto"/>
              <w:rPr/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СТУДИЈСКИ ПРОГРАМ РОМАНИСТИКЕ</w:t>
              <w:br w:type="textWrapping"/>
              <w:t xml:space="preserve">11:30–13:00</w:t>
              <w:br w:type="textWrapping"/>
              <w:t xml:space="preserve">Савремени италијански језик 7</w:t>
              <w:br w:type="textWrapping"/>
              <w:t xml:space="preserve">предавања — доц. др Мариа Форнари</w:t>
              <w:br w:type="textWrapping"/>
              <w:t xml:space="preserve">IV – ИТ</w:t>
              <w:br w:type="textWrapping"/>
              <w:t xml:space="preserve">избрисатиIV – ИТ</w:t>
              <w:br w:type="textWrapping"/>
              <w:t xml:space="preserve">14:30–16:00</w:t>
              <w:br w:type="textWrapping"/>
              <w:t xml:space="preserve">Савремени италијански језик 7</w:t>
              <w:br w:type="textWrapping"/>
              <w:t xml:space="preserve">вјежбе — проф. др Стефано Адамо</w:t>
              <w:br w:type="textWrapping"/>
              <w:t xml:space="preserve">IV – ИТ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spacing w:after="0" w:line="228" w:lineRule="auto"/>
              <w:rPr/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СТУДИЈСКИ ПРОГРАМ РОМАНИСТИКЕ</w:t>
              <w:br w:type="textWrapping"/>
              <w:t xml:space="preserve">09:00–10:30</w:t>
              <w:br w:type="textWrapping"/>
              <w:t xml:space="preserve">Италијанска књижевна географија</w:t>
              <w:br w:type="textWrapping"/>
              <w:t xml:space="preserve">предавања — проф. др Зорана Ковачевић</w:t>
              <w:br w:type="textWrapping"/>
              <w:t xml:space="preserve">III – ИТ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33">
            <w:pPr>
              <w:spacing w:after="0" w:line="228" w:lineRule="auto"/>
              <w:rPr/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СТУДИЈСКИ ПРОГРАМ РОМАНИСТИКЕ</w:t>
              <w:br w:type="textWrapping"/>
              <w:t xml:space="preserve">12:00–13:30</w:t>
              <w:br w:type="textWrapping"/>
              <w:t xml:space="preserve">Академија умјетности</w:t>
              <w:br w:type="textWrapping"/>
              <w:t xml:space="preserve">вјежбе — проф. др Зорана Ковачевић</w:t>
              <w:br w:type="textWrapping"/>
              <w:t xml:space="preserve">Остало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34">
            <w:pPr>
              <w:spacing w:after="0" w:line="228" w:lineRule="auto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color w:val="ff0000"/>
                <w:sz w:val="16"/>
                <w:szCs w:val="16"/>
                <w:rtl w:val="0"/>
              </w:rPr>
              <w:t xml:space="preserve">КУРС СЛОВЕНАЧКОГ ЈЕЗИКА</w:t>
            </w:r>
          </w:p>
          <w:p w:rsidR="00000000" w:rsidDel="00000000" w:rsidP="00000000" w:rsidRDefault="00000000" w:rsidRPr="00000000" w14:paraId="00000135">
            <w:pPr>
              <w:spacing w:after="0" w:line="228" w:lineRule="auto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color w:val="ff0000"/>
                <w:sz w:val="16"/>
                <w:szCs w:val="16"/>
                <w:rtl w:val="0"/>
              </w:rPr>
              <w:t xml:space="preserve">10:00-11:30</w:t>
            </w:r>
          </w:p>
          <w:p w:rsidR="00000000" w:rsidDel="00000000" w:rsidP="00000000" w:rsidRDefault="00000000" w:rsidRPr="00000000" w14:paraId="00000136">
            <w:pPr>
              <w:spacing w:after="0" w:line="228" w:lineRule="auto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color w:val="ff0000"/>
                <w:sz w:val="16"/>
                <w:szCs w:val="16"/>
                <w:rtl w:val="0"/>
              </w:rPr>
              <w:t xml:space="preserve">лектор Магда Лојк</w:t>
            </w:r>
          </w:p>
          <w:p w:rsidR="00000000" w:rsidDel="00000000" w:rsidP="00000000" w:rsidRDefault="00000000" w:rsidRPr="00000000" w14:paraId="00000137">
            <w:pPr>
              <w:spacing w:after="0" w:line="228" w:lineRule="auto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spacing w:after="0" w:line="228" w:lineRule="auto"/>
              <w:rPr/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СТУДИЈСКИ ПРОГРАМ РОМАНИСТИКЕ</w:t>
              <w:br w:type="textWrapping"/>
              <w:t xml:space="preserve">13:30–15:45</w:t>
              <w:br w:type="textWrapping"/>
              <w:t xml:space="preserve">Увод у академско писање 1</w:t>
              <w:br w:type="textWrapping"/>
              <w:t xml:space="preserve">заједничка настава ИТ/ФР</w:t>
              <w:br w:type="textWrapping"/>
              <w:t xml:space="preserve">предавања и вјежбе — проф. др Стефано Адамо</w:t>
              <w:br w:type="textWrapping"/>
              <w:t xml:space="preserve">IV – ИТ</w:t>
              <w:br w:type="textWrapping"/>
              <w:t xml:space="preserve">15:30–17:45</w:t>
              <w:br w:type="textWrapping"/>
              <w:t xml:space="preserve">Увод у академско писање 1</w:t>
              <w:br w:type="textWrapping"/>
              <w:t xml:space="preserve">заједничка настава ИТ/ФР</w:t>
              <w:br w:type="textWrapping"/>
              <w:t xml:space="preserve">предавања и вјежбе — проф. др Стефано Адамо</w:t>
              <w:br w:type="textWrapping"/>
              <w:t xml:space="preserve">IV – ФР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39">
            <w:pPr>
              <w:spacing w:after="0" w:line="228" w:lineRule="auto"/>
              <w:rPr/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СТУДИЈСКИ ПРОГРАМ РОМАНИСТИКЕ</w:t>
              <w:br w:type="textWrapping"/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A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rPr/>
      </w:pPr>
      <w:r w:rsidDel="00000000" w:rsidR="00000000" w:rsidRPr="00000000">
        <w:rPr>
          <w:b w:val="1"/>
          <w:bCs w:val="1"/>
          <w:color w:val="1f4e79"/>
          <w:sz w:val="26"/>
          <w:szCs w:val="26"/>
          <w:rtl w:val="0"/>
        </w:rPr>
        <w:t xml:space="preserve">ЧИТАОНИЦА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spacing w:after="100" w:lineRule="auto"/>
        <w:rPr/>
      </w:pPr>
      <w:r w:rsidDel="00000000" w:rsidR="00000000" w:rsidRPr="00000000">
        <w:rPr>
          <w:color w:val="5f5f5f"/>
          <w:sz w:val="17"/>
          <w:szCs w:val="17"/>
          <w:rtl w:val="0"/>
        </w:rPr>
        <w:t xml:space="preserve">Обједињени преглед коришћења просторије · академска 2026/2027. година</w:t>
      </w:r>
      <w:r w:rsidDel="00000000" w:rsidR="00000000" w:rsidRPr="00000000">
        <w:rPr>
          <w:rtl w:val="0"/>
        </w:rPr>
      </w:r>
    </w:p>
    <w:tbl>
      <w:tblPr>
        <w:tblStyle w:val="Table13"/>
        <w:tblW w:w="14545.0" w:type="dxa"/>
        <w:jc w:val="center"/>
        <w:tblLayout w:type="fixed"/>
        <w:tblLook w:val="0400"/>
      </w:tblPr>
      <w:tblGrid>
        <w:gridCol w:w="2909"/>
        <w:gridCol w:w="2909"/>
        <w:gridCol w:w="2909"/>
        <w:gridCol w:w="2909"/>
        <w:gridCol w:w="2909"/>
        <w:tblGridChange w:id="0">
          <w:tblGrid>
            <w:gridCol w:w="2909"/>
            <w:gridCol w:w="2909"/>
            <w:gridCol w:w="2909"/>
            <w:gridCol w:w="2909"/>
            <w:gridCol w:w="2909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3D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3E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3F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40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41">
            <w:pPr>
              <w:spacing w:after="0" w:line="228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42">
            <w:pPr>
              <w:spacing w:after="0" w:line="228" w:lineRule="auto"/>
              <w:rPr/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СТУДИЈСКИ ПРОГРАМ РУСКОГ И СРПСКОГ ЈЕЗИКА И КЊИЖЕВНОСТИ</w:t>
              <w:br w:type="textWrapping"/>
              <w:t xml:space="preserve">13:30–15:00</w:t>
              <w:br w:type="textWrapping"/>
              <w:t xml:space="preserve">Српска књижевна критика и есејистика 20. вијека, П — доц. др Андреја Марић</w:t>
              <w:br w:type="textWrapping"/>
              <w:br w:type="textWrapping"/>
              <w:t xml:space="preserve">СТУДИЈСКИ ПРОГРАМ СРПСКОГ ЈЕЗИКА И КЊИЖЕВНОСТИ</w:t>
              <w:br w:type="textWrapping"/>
              <w:t xml:space="preserve">13:30–15:00</w:t>
              <w:br w:type="textWrapping"/>
              <w:t xml:space="preserve">Српска књижевна критика и есејистика 20. вијека (4. година)</w:t>
              <w:br w:type="textWrapping"/>
              <w:t xml:space="preserve">П — доц. др Андреја Марић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43">
            <w:pPr>
              <w:spacing w:after="0" w:line="228" w:lineRule="auto"/>
              <w:rPr/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СТУДИЈСКИ ПРОГРАМ РУСКОГ И СРПСКОГ ЈЕЗИКА И КЊИЖЕВНОСТИ</w:t>
              <w:br w:type="textWrapping"/>
              <w:t xml:space="preserve">09:30–11:00</w:t>
              <w:br w:type="textWrapping"/>
              <w:t xml:space="preserve">Српска књижевност 19. вијека 1, В — проф. др Младенко Саџак</w:t>
              <w:br w:type="textWrapping"/>
              <w:br w:type="textWrapping"/>
              <w:t xml:space="preserve">11:00–12:30</w:t>
              <w:br w:type="textWrapping"/>
              <w:t xml:space="preserve">Српска књижевност од барока до класицизма, В — проф. др Душко Певуља (србисти)</w:t>
              <w:br w:type="textWrapping"/>
              <w:br w:type="textWrapping"/>
              <w:t xml:space="preserve">14:00–15:30</w:t>
              <w:br w:type="textWrapping"/>
              <w:t xml:space="preserve">Теорија књижевности 1, В — мр Валентина Милекић Ковачић (србисти)</w:t>
              <w:br w:type="textWrapping"/>
              <w:br w:type="textWrapping"/>
              <w:t xml:space="preserve">СТУДИЈСКИ ПРОГРАМ СРПСКОГ ЈЕЗИКА И КЊИЖЕВНОСТИ</w:t>
              <w:br w:type="textWrapping"/>
              <w:t xml:space="preserve">09:30–11:00</w:t>
              <w:br w:type="textWrapping"/>
              <w:t xml:space="preserve">Српска књижевност романтизма (3. година)</w:t>
              <w:br w:type="textWrapping"/>
              <w:t xml:space="preserve">В — проф. др Душко Певуља</w:t>
              <w:br w:type="textWrapping"/>
              <w:t xml:space="preserve">11:00–12:30</w:t>
              <w:br w:type="textWrapping"/>
              <w:t xml:space="preserve">Српска књижевност од барока до класицизма (2. година)</w:t>
              <w:br w:type="textWrapping"/>
              <w:t xml:space="preserve">В — проф. др Душко Певуља</w:t>
              <w:br w:type="textWrapping"/>
              <w:t xml:space="preserve">14:00–15:30</w:t>
              <w:br w:type="textWrapping"/>
              <w:t xml:space="preserve">Теорија књижевности 1 (1. година)</w:t>
              <w:br w:type="textWrapping"/>
              <w:t xml:space="preserve">В — мр Валентина Милекић Ковачић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44">
            <w:pPr>
              <w:spacing w:after="0" w:line="228" w:lineRule="auto"/>
              <w:rPr>
                <w:color w:val="1f1f1f"/>
                <w:sz w:val="16"/>
                <w:szCs w:val="16"/>
              </w:rPr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СТУДИЈСКИ ПРОГРАМ РУСКОГ И СРПСКОГ ЈЕЗИКА И КЊИЖЕВНОСТИ</w:t>
              <w:br w:type="textWrapping"/>
              <w:t xml:space="preserve">09:00–11:15</w:t>
              <w:br w:type="textWrapping"/>
              <w:t xml:space="preserve">Методика наставе српског језика и књижевности 2, В — проф. др Нина Говедар (србисти)</w:t>
              <w:br w:type="textWrapping"/>
              <w:br w:type="textWrapping"/>
              <w:t xml:space="preserve">11:15–13:30</w:t>
              <w:br w:type="textWrapping"/>
              <w:t xml:space="preserve">Српска средњовјековна књижевност, П+В — доц. др Данијел Дојчиновић</w:t>
              <w:br w:type="textWrapping"/>
              <w:br w:type="textWrapping"/>
              <w:t xml:space="preserve">СТУДИЈСКИ ПРОГРАМ СРПСКОГ ЈЕЗИКА И КЊИЖЕВНОСТИ</w:t>
              <w:br w:type="textWrapping"/>
              <w:t xml:space="preserve">09:00–11:15</w:t>
              <w:br w:type="textWrapping"/>
              <w:t xml:space="preserve">Српска средњовјековна књижевност, П+В, доц. др Данијел Дојчиновић (русисти)</w:t>
              <w:br w:type="textWrapping"/>
              <w:t xml:space="preserve">11:15–13:30</w:t>
              <w:br w:type="textWrapping"/>
              <w:t xml:space="preserve">Методика наставе српског језика и књижевности 2 (4. година)</w:t>
              <w:br w:type="textWrapping"/>
              <w:t xml:space="preserve">В — проф. др Нина Говедар</w:t>
            </w:r>
          </w:p>
          <w:p w:rsidR="00000000" w:rsidDel="00000000" w:rsidP="00000000" w:rsidRDefault="00000000" w:rsidRPr="00000000" w14:paraId="00000145">
            <w:pPr>
              <w:spacing w:after="0" w:line="228" w:lineRule="auto"/>
              <w:rPr>
                <w:color w:val="1f1f1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spacing w:after="0" w:line="228" w:lineRule="auto"/>
              <w:rPr>
                <w:color w:val="1f1f1f"/>
                <w:sz w:val="16"/>
                <w:szCs w:val="16"/>
              </w:rPr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15.00-16.30</w:t>
            </w:r>
          </w:p>
          <w:p w:rsidR="00000000" w:rsidDel="00000000" w:rsidP="00000000" w:rsidRDefault="00000000" w:rsidRPr="00000000" w14:paraId="00000147">
            <w:pPr>
              <w:spacing w:after="0" w:line="228" w:lineRule="auto"/>
              <w:rPr>
                <w:color w:val="1f1f1f"/>
                <w:sz w:val="16"/>
                <w:szCs w:val="16"/>
              </w:rPr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Савремени руски језик 7, В - мср Галина-Марија Мићић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48">
            <w:pPr>
              <w:spacing w:after="0" w:line="228" w:lineRule="auto"/>
              <w:rPr/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СТУДИЈСКИ ПРОГРАМ РУСКОГ И СРПСКОГ ЈЕЗИКА И КЊИЖЕВНОСТИ</w:t>
              <w:br w:type="textWrapping"/>
              <w:t xml:space="preserve">12:00–14:15</w:t>
              <w:br w:type="textWrapping"/>
              <w:t xml:space="preserve">Српска проза 20. вијека, В — доц. др Андреја Марић</w:t>
              <w:br w:type="textWrapping"/>
              <w:br w:type="textWrapping"/>
              <w:t xml:space="preserve">СТУДИЈСКИ ПРОГРАМ СРПСКОГ ЈЕЗИКА И КЊИЖЕВНОСТИ</w:t>
              <w:br w:type="textWrapping"/>
              <w:t xml:space="preserve">12:00–14:15</w:t>
              <w:br w:type="textWrapping"/>
              <w:t xml:space="preserve">Српска проза 20. вијека (4. година)</w:t>
              <w:br w:type="textWrapping"/>
              <w:t xml:space="preserve">В — доц. др Андреја Марић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149">
            <w:pPr>
              <w:spacing w:after="0" w:line="228" w:lineRule="auto"/>
              <w:rPr/>
            </w:pPr>
            <w:r w:rsidDel="00000000" w:rsidR="00000000" w:rsidRPr="00000000">
              <w:rPr>
                <w:color w:val="1f1f1f"/>
                <w:sz w:val="16"/>
                <w:szCs w:val="16"/>
                <w:rtl w:val="0"/>
              </w:rPr>
              <w:t xml:space="preserve">СТУДИЈСКИ ПРОГРАМ РУСКОГ И СРПСКОГ ЈЕЗИКА И КЊИЖЕВНОСТИ</w:t>
              <w:br w:type="textWrapping"/>
              <w:t xml:space="preserve">13:30–14:15</w:t>
              <w:br w:type="textWrapping"/>
              <w:t xml:space="preserve">Увод у теорију књижевности, В — мр Валентина Милекић Ковачић</w:t>
              <w:br w:type="textWrapping"/>
              <w:br w:type="textWrapping"/>
              <w:t xml:space="preserve">СТУДИЈСКИ ПРОГРАМ СРПСКОГ ЈЕЗИКА И КЊИЖЕВНОСТИ</w:t>
              <w:br w:type="textWrapping"/>
              <w:t xml:space="preserve">13:30–14:15</w:t>
              <w:br w:type="textWrapping"/>
              <w:t xml:space="preserve">Увод у теорију књижевности (1. година)</w:t>
              <w:br w:type="textWrapping"/>
              <w:t xml:space="preserve">В — мр Валентина Милекић Ковачић</w:t>
              <w:br w:type="textWrapping"/>
              <w:t xml:space="preserve">13:30–14:15</w:t>
              <w:br w:type="textWrapping"/>
              <w:t xml:space="preserve">Увод у теорију књижевности, В, мр Валентина Милекић Ковачић (русисти)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A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2240" w:w="15840" w:orient="landscape"/>
      <w:pgMar w:bottom="648" w:top="648" w:left="648" w:right="64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Apto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18"/>
        <w:szCs w:val="18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7BxkqvjQEwihQH7ZfYV0QiNZVw==">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