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1f4e79"/>
          <w:sz w:val="36"/>
          <w:szCs w:val="36"/>
          <w:rtl w:val="0"/>
        </w:rPr>
        <w:t xml:space="preserve">ФИЛОЛОШКИ ФАКУЛТЕТ — РАСПОРЕДИ ПО ГОДИНАМА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color w:val="5a5a5a"/>
          <w:sz w:val="20"/>
          <w:szCs w:val="20"/>
          <w:rtl w:val="0"/>
        </w:rPr>
        <w:t xml:space="preserve">Зимски семестар / I семестар · академска 2026/2027. година · сви студијски програми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left"/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СТУДИЈСКИ ПРОГРАМ СИНОЛОГИЈЕ - 1.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00" w:lineRule="auto"/>
        <w:rPr/>
      </w:pPr>
      <w:r w:rsidDel="00000000" w:rsidR="00000000" w:rsidRPr="00000000">
        <w:rPr>
          <w:color w:val="5f5f5f"/>
          <w:sz w:val="17"/>
          <w:szCs w:val="17"/>
          <w:rtl w:val="0"/>
        </w:rPr>
        <w:t xml:space="preserve">Зимски семестар · академска 2026/2027. година</w:t>
      </w:r>
      <w:r w:rsidDel="00000000" w:rsidR="00000000" w:rsidRPr="00000000">
        <w:rPr>
          <w:rtl w:val="0"/>
        </w:rPr>
      </w:r>
    </w:p>
    <w:tbl>
      <w:tblPr>
        <w:tblStyle w:val="Table1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8:30–10:00</w:t>
              <w:br w:type="textWrapping"/>
              <w:t xml:space="preserve">Савремени кинески језик 1 Соња Станковић, ма, уч. 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9:00–10:30</w:t>
              <w:br w:type="textWrapping"/>
              <w:t xml:space="preserve">Савремени кинески језик 1 Соња Станковић, ма, уч. 8</w:t>
              <w:br w:type="textWrapping"/>
              <w:t xml:space="preserve">11:00–12:30</w:t>
              <w:br w:type="textWrapping"/>
              <w:t xml:space="preserve">Увод у синологију 1 , доц . д р Љиљана Стевић, уч. 304</w:t>
              <w:br w:type="textWrapping"/>
              <w:t xml:space="preserve">12:30–14:00</w:t>
              <w:br w:type="textWrapping"/>
              <w:t xml:space="preserve">Увод у синологију 1 вјежбе , доц . д р Љиљана Стевић, уч. 304 Кинески језик 2 , доц. др Ана Јовановић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9:00–10:30</w:t>
              <w:br w:type="textWrapping"/>
              <w:t xml:space="preserve">Савремени кинески језик 1 уч. 304</w:t>
              <w:br w:type="textWrapping"/>
              <w:t xml:space="preserve">10:45–12:15</w:t>
              <w:br w:type="textWrapping"/>
              <w:t xml:space="preserve">Српски језик 1 проф. др Мијана Кубурић Мацура, уч. 8</w:t>
              <w:br w:type="textWrapping"/>
              <w:t xml:space="preserve">15:00–16:30</w:t>
              <w:br w:type="textWrapping"/>
              <w:t xml:space="preserve">Енглески језик 1 проф . др Емир Мухић, уч. 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8:30–10:00</w:t>
              <w:br w:type="textWrapping"/>
              <w:t xml:space="preserve">Савремени кинески језик 1 уч. 304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9:00–10:30</w:t>
              <w:br w:type="textWrapping"/>
              <w:t xml:space="preserve">Савремени кинески језик 1 уч. 304</w:t>
              <w:br w:type="textWrapping"/>
              <w:t xml:space="preserve">10:30–12:00</w:t>
              <w:br w:type="textWrapping"/>
              <w:t xml:space="preserve">Кинески језик 1 , Ања Мудреновић , ма, уч. 8</w:t>
              <w:br w:type="textWrapping"/>
              <w:t xml:space="preserve">12:00–13:30</w:t>
              <w:br w:type="textWrapping"/>
              <w:t xml:space="preserve">Информационе технологије проф . др Љубиша Прерадовић , Драгана Прерадовић Куловац, ма УРЦ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left"/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СТУДИЈСКИ ПРОГРАМ СИНОЛОГИЈЕ- 2.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00" w:lineRule="auto"/>
        <w:rPr/>
      </w:pPr>
      <w:r w:rsidDel="00000000" w:rsidR="00000000" w:rsidRPr="00000000">
        <w:rPr>
          <w:color w:val="5f5f5f"/>
          <w:sz w:val="17"/>
          <w:szCs w:val="17"/>
          <w:rtl w:val="0"/>
        </w:rPr>
        <w:t xml:space="preserve">Зимски семестар · академска 2026/2027. година</w:t>
      </w:r>
      <w:r w:rsidDel="00000000" w:rsidR="00000000" w:rsidRPr="00000000">
        <w:rPr>
          <w:rtl w:val="0"/>
        </w:rPr>
      </w:r>
    </w:p>
    <w:tbl>
      <w:tblPr>
        <w:tblStyle w:val="Table2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12:00–13:30</w:t>
              <w:br w:type="textWrapping"/>
              <w:t xml:space="preserve">Преглед кинеске историје проф. др Славојка Бештић-Бронза уч. 8</w:t>
              <w:br w:type="textWrapping"/>
              <w:t xml:space="preserve">11:30–13:00</w:t>
              <w:br w:type="textWrapping"/>
              <w:t xml:space="preserve">Кинески језик 3 , доц. др Ана Јовановић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9:00–10:30</w:t>
              <w:br w:type="textWrapping"/>
              <w:t xml:space="preserve">Савремени кинески језик 3 уч. 304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9:00–10:30</w:t>
              <w:br w:type="textWrapping"/>
              <w:t xml:space="preserve">Савремени кинески језик 3 Соња Станковић, ма, уч. 8</w:t>
              <w:br w:type="textWrapping"/>
              <w:t xml:space="preserve">10:45–12:15</w:t>
              <w:br w:type="textWrapping"/>
              <w:t xml:space="preserve">Кинеска књижевност 1 , доц. др Љиљана Стевић уч. 304 ФПН</w:t>
              <w:br w:type="textWrapping"/>
              <w:t xml:space="preserve">12:15–13:45</w:t>
              <w:br w:type="textWrapping"/>
              <w:t xml:space="preserve">Кинеска култура 1, доц. др Љиљана Стевић уч. 304</w:t>
              <w:br w:type="textWrapping"/>
              <w:t xml:space="preserve">13:45–15:15</w:t>
              <w:br w:type="textWrapping"/>
              <w:t xml:space="preserve">Кинеска култура 1, доц. др Љиљана Стевић уч. 304</w:t>
              <w:br w:type="textWrapping"/>
              <w:t xml:space="preserve">16:30–18:00</w:t>
              <w:br w:type="textWrapping"/>
              <w:t xml:space="preserve">Енглески језик проф . др Емир Мухић, уч. 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9:00–10:30</w:t>
              <w:br w:type="textWrapping"/>
              <w:t xml:space="preserve">Савремени кинески језик 3 Соња Станковић, ма, уч. 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9:00–10:30</w:t>
              <w:br w:type="textWrapping"/>
              <w:t xml:space="preserve">Савремени кинески језик 3 Соња Станковић, ма, уч. 8</w:t>
              <w:br w:type="textWrapping"/>
              <w:t xml:space="preserve">12:30–14:00</w:t>
              <w:br w:type="textWrapping"/>
              <w:t xml:space="preserve">Кинески језик 3 , Ања Мудреновић , ма, уч. 8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left"/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СТУДИЈСКИ ПРОГРАМ СИНОЛОГИЈЕ -3.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00" w:lineRule="auto"/>
        <w:rPr/>
      </w:pPr>
      <w:r w:rsidDel="00000000" w:rsidR="00000000" w:rsidRPr="00000000">
        <w:rPr>
          <w:color w:val="5f5f5f"/>
          <w:sz w:val="17"/>
          <w:szCs w:val="17"/>
          <w:rtl w:val="0"/>
        </w:rPr>
        <w:t xml:space="preserve">Зимски семестар · академска 2026/2027. година</w:t>
      </w:r>
      <w:r w:rsidDel="00000000" w:rsidR="00000000" w:rsidRPr="00000000">
        <w:rPr>
          <w:rtl w:val="0"/>
        </w:rPr>
      </w:r>
    </w:p>
    <w:tbl>
      <w:tblPr>
        <w:tblStyle w:val="Table3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10:15–11:45</w:t>
              <w:br w:type="textWrapping"/>
            </w:r>
            <w:r w:rsidDel="00000000" w:rsidR="00000000" w:rsidRPr="00000000">
              <w:rPr>
                <w:rFonts w:ascii="Aptos" w:cs="Aptos" w:eastAsia="Aptos" w:hAnsi="Aptos"/>
                <w:color w:val="1f4e79"/>
                <w:sz w:val="16"/>
                <w:szCs w:val="16"/>
                <w:rtl w:val="0"/>
              </w:rPr>
              <w:t xml:space="preserve">Педагогија</w:t>
            </w: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 проф. др Татјана Марић ,304</w:t>
              <w:br w:type="textWrapping"/>
              <w:t xml:space="preserve">12:30–14:00</w:t>
              <w:br w:type="textWrapping"/>
              <w:t xml:space="preserve">Савремени кинески језик 5, Ања Мудреновић , ма, уч. 304</w:t>
              <w:br w:type="textWrapping"/>
              <w:t xml:space="preserve">14:00–15:30</w:t>
              <w:br w:type="textWrapping"/>
              <w:t xml:space="preserve">Увод у теорију књижевности, проф. др Сања Мацура, уч. 8</w:t>
              <w:br w:type="textWrapping"/>
              <w:t xml:space="preserve">15:45–17:15</w:t>
              <w:br w:type="textWrapping"/>
              <w:t xml:space="preserve">Енглески језик 5, Јована Јоргић , уч. 8 Кинески језик 5 , доц. др Ана Јовановић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10:30–12:00</w:t>
              <w:br w:type="textWrapping"/>
              <w:t xml:space="preserve">Кинеска култура 3</w:t>
              <w:br w:type="textWrapping"/>
              <w:t xml:space="preserve">12:00–13:30</w:t>
              <w:br w:type="textWrapping"/>
              <w:t xml:space="preserve">Кинеска култура 3 Уч.8 1 5.15-1 6.45 Савремени кинески језик 5, Гуо Муцен, уч. 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13:30–15:00</w:t>
              <w:br w:type="textWrapping"/>
              <w:t xml:space="preserve">Савремени кинески језик 5, Гуо Муцен, уч. 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10:30–12:00</w:t>
              <w:br w:type="textWrapping"/>
              <w:t xml:space="preserve">Кинески језик 5 , Ања Мудреновић , ма, уч. 8</w:t>
              <w:br w:type="textWrapping"/>
              <w:t xml:space="preserve">13:30–15:00</w:t>
              <w:br w:type="textWrapping"/>
              <w:t xml:space="preserve">Савремени кинески језик 5, Гуо Муцен, уч. 304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14:00–15:30</w:t>
              <w:br w:type="textWrapping"/>
              <w:t xml:space="preserve">Савремени кинески језик 5, Гуо Муцен, уч. 8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left"/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СТУДИЈСКИ ПРОГРАМ СИНОЛОГИЈЕ - 4.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00" w:lineRule="auto"/>
        <w:rPr/>
      </w:pPr>
      <w:r w:rsidDel="00000000" w:rsidR="00000000" w:rsidRPr="00000000">
        <w:rPr>
          <w:color w:val="5f5f5f"/>
          <w:sz w:val="17"/>
          <w:szCs w:val="17"/>
          <w:rtl w:val="0"/>
        </w:rPr>
        <w:t xml:space="preserve">Зимски семестар · академска 2026/2027. година</w:t>
      </w:r>
      <w:r w:rsidDel="00000000" w:rsidR="00000000" w:rsidRPr="00000000">
        <w:rPr>
          <w:rtl w:val="0"/>
        </w:rPr>
      </w:r>
    </w:p>
    <w:tbl>
      <w:tblPr>
        <w:tblStyle w:val="Table4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10:15–11:45</w:t>
              <w:br w:type="textWrapping"/>
              <w:t xml:space="preserve">Савремени кинески језик 7 Гуо Муцен, уч. 304 Кинески језик 7 , доц. др Ана Јовановић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10:15–12:00</w:t>
              <w:br w:type="textWrapping"/>
              <w:t xml:space="preserve">Безбједносни аспекти иницијативе Појас и пут проф. др Предраг Ћеранић, ФБН, уч.126, I спрат</w:t>
              <w:br w:type="textWrapping"/>
              <w:t xml:space="preserve">12:15–13:00</w:t>
              <w:br w:type="textWrapping"/>
              <w:t xml:space="preserve">Безбједносни аспекти иницијативе Појас и пут доц. др Милица Сикимић Ћорић, ФБН, уч.126, I спрат 1 3.30-1 5.00 Савремени кинески језик 7 , Соња Станковић, ма, уч. 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12:00–13:30</w:t>
              <w:br w:type="textWrapping"/>
              <w:t xml:space="preserve">Савремена политичка економија Кине и међународни економски односи од краја 20. вијека до данас проф. др Драган Глигорић, проф. др Јелена Тривић, Економски факултет, 303-3.спрат 1 5.15-1 6.45 Савремени кинески језик 7 , Гуо Муцен, уч.3 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10:00–12:15</w:t>
              <w:br w:type="textWrapping"/>
              <w:t xml:space="preserve">Методичка пракса 1 , проф . др Жељка Бабић , 304</w:t>
              <w:br w:type="textWrapping"/>
              <w:t xml:space="preserve">12:15–13:45</w:t>
              <w:br w:type="textWrapping"/>
              <w:t xml:space="preserve">Кинески језик 7 , Ања Мудреновић , ма, уч. 8</w:t>
              <w:br w:type="textWrapping"/>
              <w:t xml:space="preserve">13:45–15:15</w:t>
              <w:br w:type="textWrapping"/>
              <w:t xml:space="preserve">Енглески језик 7, Јована Јоргић , уч. 8</w:t>
              <w:br w:type="textWrapping"/>
              <w:t xml:space="preserve">15:30–17:00</w:t>
              <w:br w:type="textWrapping"/>
              <w:t xml:space="preserve">Савремени кинески језик 7 , Гуо Муцен, уч.3 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12:00–13:30</w:t>
              <w:br w:type="textWrapping"/>
              <w:t xml:space="preserve">Савремени кинески језик 7 , Гуо Муцен, уч.3 04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center"/>
        <w:rPr>
          <w:sz w:val="17"/>
          <w:szCs w:val="17"/>
        </w:rPr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СТУДИЈСКИ ПРОГРАМ РУСКОГ И СРПСКОГ ЈЕЗИКА И КЊИЖЕВНОСТИ — 1.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center"/>
        <w:rPr>
          <w:sz w:val="17"/>
          <w:szCs w:val="17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Распоред часова — зимски семестар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5"/>
        <w:tblW w:w="12385.0" w:type="dxa"/>
        <w:jc w:val="center"/>
        <w:tblLayout w:type="fixed"/>
        <w:tblLook w:val="0400"/>
      </w:tblPr>
      <w:tblGrid>
        <w:gridCol w:w="2477"/>
        <w:gridCol w:w="2477"/>
        <w:gridCol w:w="2477"/>
        <w:gridCol w:w="2477"/>
        <w:gridCol w:w="2477"/>
        <w:tblGridChange w:id="0">
          <w:tblGrid>
            <w:gridCol w:w="2477"/>
            <w:gridCol w:w="2477"/>
            <w:gridCol w:w="2477"/>
            <w:gridCol w:w="2477"/>
            <w:gridCol w:w="2477"/>
          </w:tblGrid>
        </w:tblGridChange>
      </w:tblGrid>
      <w:tr>
        <w:trPr>
          <w:cantSplit w:val="0"/>
          <w:tblHeader w:val="0"/>
        </w:trPr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8.00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9.30</w:t>
            </w:r>
          </w:p>
          <w:p w:rsidR="00000000" w:rsidDel="00000000" w:rsidP="00000000" w:rsidRDefault="00000000" w:rsidRPr="00000000" w14:paraId="00000042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Старословенски језик 1</w:t>
              <w:br w:type="textWrapping"/>
              <w:t xml:space="preserve">П — проф. др Зорица Никитовић</w:t>
              <w:br w:type="textWrapping"/>
              <w:t xml:space="preserve">Учионица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10.00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11.30</w:t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Историја српског језика 1</w:t>
              <w:br w:type="textWrapping"/>
              <w:t xml:space="preserve"> — проф. др Биљана Бабић</w:t>
              <w:br w:type="textWrapping"/>
              <w:t xml:space="preserve">просторија није наведена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10.00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11.30</w:t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Савремени руски језик 1</w:t>
              <w:br w:type="textWrapping"/>
              <w:t xml:space="preserve">В — мср Наталја Милаковић</w:t>
              <w:br w:type="textWrapping"/>
              <w:t xml:space="preserve">Руски центар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11.00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12.30</w:t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Фонологија и акцентологија српског језика</w:t>
              <w:br w:type="textWrapping"/>
              <w:t xml:space="preserve">В — проф. др Слађана Цукут</w:t>
              <w:br w:type="textWrapping"/>
              <w:t xml:space="preserve">Учионица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11.15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13.30</w:t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Српска средњовјековна књижевност</w:t>
              <w:br w:type="textWrapping"/>
              <w:t xml:space="preserve">П+В — доц. др Данијел Дојчиновић</w:t>
              <w:br w:type="textWrapping"/>
              <w:t xml:space="preserve">Читаоница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13.15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14.45</w:t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Фонологија и акцентологија српског језика</w:t>
              <w:br w:type="textWrapping"/>
              <w:t xml:space="preserve">П — проф. др Драгомир Козомара</w:t>
              <w:br w:type="textWrapping"/>
              <w:t xml:space="preserve">Учионица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13.15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 15.30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Савремени руски језик 1</w:t>
              <w:br w:type="textWrapping"/>
              <w:t xml:space="preserve">В — Наташа Кецман</w:t>
              <w:br w:type="textWrapping"/>
              <w:t xml:space="preserve">Учионица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13.30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14.15</w:t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Увод у теорију књижевности</w:t>
              <w:br w:type="textWrapping"/>
              <w:t xml:space="preserve">В — мр Валентина Милекић Ковачић</w:t>
              <w:br w:type="textWrapping"/>
              <w:t xml:space="preserve">Читаоница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14.30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16.00</w:t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Увод у теорију књижевности</w:t>
              <w:br w:type="textWrapping"/>
              <w:t xml:space="preserve">П — проф. др Саша Шмуља</w:t>
              <w:br w:type="textWrapping"/>
              <w:t xml:space="preserve">Учионица 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15.30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16.15</w:t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Историја српског језика 1</w:t>
              <w:br w:type="textWrapping"/>
              <w:t xml:space="preserve">В — В. Берак</w:t>
              <w:br w:type="textWrapping"/>
              <w:t xml:space="preserve">Учионица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16.15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17.45</w:t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Старословенски језик 1</w:t>
              <w:br w:type="textWrapping"/>
              <w:t xml:space="preserve">В — В. Берак</w:t>
              <w:br w:type="textWrapping"/>
              <w:t xml:space="preserve">Учионица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9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A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rPr>
          <w:sz w:val="17"/>
          <w:szCs w:val="17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jc w:val="center"/>
        <w:rPr>
          <w:sz w:val="17"/>
          <w:szCs w:val="17"/>
        </w:rPr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СТУДИЈСКИ ПРОГРАМ РУСКОГ И СРПСКОГ ЈЕЗИКА И КЊИЖЕВНОСТИ — 2.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jc w:val="center"/>
        <w:rPr>
          <w:sz w:val="17"/>
          <w:szCs w:val="17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Распоред часова — зимски семестар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6"/>
        <w:tblW w:w="12385.0" w:type="dxa"/>
        <w:jc w:val="center"/>
        <w:tblLayout w:type="fixed"/>
        <w:tblLook w:val="0400"/>
      </w:tblPr>
      <w:tblGrid>
        <w:gridCol w:w="2477"/>
        <w:gridCol w:w="2477"/>
        <w:gridCol w:w="2477"/>
        <w:gridCol w:w="2477"/>
        <w:gridCol w:w="2477"/>
        <w:tblGridChange w:id="0">
          <w:tblGrid>
            <w:gridCol w:w="2477"/>
            <w:gridCol w:w="2477"/>
            <w:gridCol w:w="2477"/>
            <w:gridCol w:w="2477"/>
            <w:gridCol w:w="2477"/>
          </w:tblGrid>
        </w:tblGridChange>
      </w:tblGrid>
      <w:tr>
        <w:trPr>
          <w:cantSplit w:val="0"/>
          <w:tblHeader w:val="0"/>
        </w:trPr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5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9.00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10.30</w:t>
            </w:r>
          </w:p>
          <w:p w:rsidR="00000000" w:rsidDel="00000000" w:rsidP="00000000" w:rsidRDefault="00000000" w:rsidRPr="00000000" w14:paraId="00000086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Руска књижевност 19. вијека 1</w:t>
              <w:br w:type="textWrapping"/>
              <w:t xml:space="preserve">В — Галина-Марија Мићић</w:t>
              <w:br w:type="textWrapping"/>
              <w:t xml:space="preserve">Кабинет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A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9.30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11.00</w:t>
            </w:r>
          </w:p>
          <w:p w:rsidR="00000000" w:rsidDel="00000000" w:rsidP="00000000" w:rsidRDefault="00000000" w:rsidRPr="00000000" w14:paraId="0000008B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Српска књижевност 19. вијека 1</w:t>
              <w:br w:type="textWrapping"/>
              <w:t xml:space="preserve">В — проф. др Младенко Саџак</w:t>
              <w:br w:type="textWrapping"/>
              <w:t xml:space="preserve">Читаоница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C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D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0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10.30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12.00</w:t>
            </w:r>
          </w:p>
          <w:p w:rsidR="00000000" w:rsidDel="00000000" w:rsidP="00000000" w:rsidRDefault="00000000" w:rsidRPr="00000000" w14:paraId="00000092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Савремени руски језик 3</w:t>
              <w:br w:type="textWrapping"/>
              <w:t xml:space="preserve">В — Галина-Марија Мићић</w:t>
              <w:br w:type="textWrapping"/>
              <w:t xml:space="preserve">Кабинет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5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6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7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8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11.15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12.45</w:t>
            </w:r>
          </w:p>
          <w:p w:rsidR="00000000" w:rsidDel="00000000" w:rsidP="00000000" w:rsidRDefault="00000000" w:rsidRPr="00000000" w14:paraId="00000099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Српска књижевност 19. вијека 1</w:t>
              <w:br w:type="textWrapping"/>
              <w:t xml:space="preserve">П — проф. др Младенко Саџак</w:t>
              <w:br w:type="textWrapping"/>
              <w:t xml:space="preserve">Учионица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A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C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12.00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13.30</w:t>
            </w:r>
          </w:p>
          <w:p w:rsidR="00000000" w:rsidDel="00000000" w:rsidP="00000000" w:rsidRDefault="00000000" w:rsidRPr="00000000" w14:paraId="0000009D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Савремени руски језик 3</w:t>
              <w:br w:type="textWrapping"/>
              <w:t xml:space="preserve">В — мср Наталја Милаковић</w:t>
              <w:br w:type="textWrapping"/>
              <w:t xml:space="preserve">Руски центар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E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F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0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1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2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3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12.15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13.45</w:t>
            </w:r>
          </w:p>
          <w:p w:rsidR="00000000" w:rsidDel="00000000" w:rsidP="00000000" w:rsidRDefault="00000000" w:rsidRPr="00000000" w14:paraId="000000A4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Историја српске културе</w:t>
              <w:br w:type="textWrapping"/>
              <w:t xml:space="preserve">П — проф. др Славица Васиљевић Илић</w:t>
              <w:br w:type="textWrapping"/>
              <w:t xml:space="preserve">Учионица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5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6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7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8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9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A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13.30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15.00</w:t>
            </w:r>
          </w:p>
          <w:p w:rsidR="00000000" w:rsidDel="00000000" w:rsidP="00000000" w:rsidRDefault="00000000" w:rsidRPr="00000000" w14:paraId="000000AB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Савремени руски језик 3</w:t>
              <w:br w:type="textWrapping"/>
              <w:t xml:space="preserve">В — Наташа Кецман</w:t>
              <w:br w:type="textWrapping"/>
              <w:t xml:space="preserve">Учионица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C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D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E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F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14.00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15.30</w:t>
            </w:r>
          </w:p>
          <w:p w:rsidR="00000000" w:rsidDel="00000000" w:rsidP="00000000" w:rsidRDefault="00000000" w:rsidRPr="00000000" w14:paraId="000000B0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Морфологија српског језика</w:t>
              <w:br w:type="textWrapping"/>
              <w:t xml:space="preserve">В — доц. др Горан Милашин</w:t>
              <w:br w:type="textWrapping"/>
              <w:t xml:space="preserve">Учионица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1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2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3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4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14.30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16.00</w:t>
            </w:r>
          </w:p>
          <w:p w:rsidR="00000000" w:rsidDel="00000000" w:rsidP="00000000" w:rsidRDefault="00000000" w:rsidRPr="00000000" w14:paraId="000000B5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Морфологија српског језика</w:t>
              <w:br w:type="textWrapping"/>
              <w:t xml:space="preserve">П — доц. др Горан Милашин</w:t>
              <w:br w:type="textWrapping"/>
              <w:t xml:space="preserve">Учионица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6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7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8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9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A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B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C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15.00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16.30</w:t>
            </w:r>
          </w:p>
          <w:p w:rsidR="00000000" w:rsidDel="00000000" w:rsidP="00000000" w:rsidRDefault="00000000" w:rsidRPr="00000000" w14:paraId="000000BD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Морфологија 2</w:t>
              <w:br w:type="textWrapping"/>
              <w:t xml:space="preserve">В — Наташа Кецман</w:t>
              <w:br w:type="textWrapping"/>
              <w:t xml:space="preserve">Учионица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E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F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15.00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17.15</w:t>
            </w:r>
          </w:p>
          <w:p w:rsidR="00000000" w:rsidDel="00000000" w:rsidP="00000000" w:rsidRDefault="00000000" w:rsidRPr="00000000" w14:paraId="000000C0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Стилистика</w:t>
              <w:br w:type="textWrapping"/>
              <w:t xml:space="preserve">П+В — доц. др Горан Милашин</w:t>
              <w:br w:type="textWrapping"/>
              <w:t xml:space="preserve">Учионица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1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2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3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4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17"/>
          <w:szCs w:val="17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jc w:val="center"/>
        <w:rPr>
          <w:sz w:val="17"/>
          <w:szCs w:val="17"/>
        </w:rPr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СТУДИЈСКИ ПРОГРАМ РУСКОГ И СРПСКОГ ЈЕЗИКА И КЊИЖЕВНОСТИ — 3.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jc w:val="center"/>
        <w:rPr>
          <w:sz w:val="17"/>
          <w:szCs w:val="17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Распоред часова — зимски семестар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7"/>
        <w:tblW w:w="12385.0" w:type="dxa"/>
        <w:jc w:val="center"/>
        <w:tblLayout w:type="fixed"/>
        <w:tblLook w:val="0400"/>
      </w:tblPr>
      <w:tblGrid>
        <w:gridCol w:w="2477"/>
        <w:gridCol w:w="2477"/>
        <w:gridCol w:w="2477"/>
        <w:gridCol w:w="2477"/>
        <w:gridCol w:w="2477"/>
        <w:tblGridChange w:id="0">
          <w:tblGrid>
            <w:gridCol w:w="2477"/>
            <w:gridCol w:w="2477"/>
            <w:gridCol w:w="2477"/>
            <w:gridCol w:w="2477"/>
            <w:gridCol w:w="2477"/>
          </w:tblGrid>
        </w:tblGridChange>
      </w:tblGrid>
      <w:tr>
        <w:trPr>
          <w:cantSplit w:val="0"/>
          <w:tblHeader w:val="0"/>
        </w:trPr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C9">
            <w:pPr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CA">
            <w:pPr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D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E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F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9.30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11.00</w:t>
            </w:r>
          </w:p>
          <w:p w:rsidR="00000000" w:rsidDel="00000000" w:rsidP="00000000" w:rsidRDefault="00000000" w:rsidRPr="00000000" w14:paraId="000000D0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Српска књижевност 20. вијека 1</w:t>
              <w:br w:type="textWrapping"/>
              <w:t xml:space="preserve">П — проф. др Ранко Поповић</w:t>
              <w:br w:type="textWrapping"/>
              <w:t xml:space="preserve">Учионица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1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2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3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4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5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6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9.30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11.45</w:t>
            </w:r>
          </w:p>
          <w:p w:rsidR="00000000" w:rsidDel="00000000" w:rsidP="00000000" w:rsidRDefault="00000000" w:rsidRPr="00000000" w14:paraId="000000D7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Упоредна граматика словенских језика</w:t>
              <w:br w:type="textWrapping"/>
              <w:t xml:space="preserve">П — проф. др Зорица Никитовић</w:t>
              <w:br w:type="textWrapping"/>
              <w:t xml:space="preserve">Учионица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8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9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9.45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11.30</w:t>
            </w:r>
          </w:p>
          <w:p w:rsidR="00000000" w:rsidDel="00000000" w:rsidP="00000000" w:rsidRDefault="00000000" w:rsidRPr="00000000" w14:paraId="000000DA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Психологија</w:t>
              <w:br w:type="textWrapping"/>
              <w:t xml:space="preserve"> — проф. др Страхиња Димитријевић</w:t>
              <w:br w:type="textWrapping"/>
              <w:t xml:space="preserve">Учионица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B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C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D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E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F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0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1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11.00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12.30</w:t>
            </w:r>
          </w:p>
          <w:p w:rsidR="00000000" w:rsidDel="00000000" w:rsidP="00000000" w:rsidRDefault="00000000" w:rsidRPr="00000000" w14:paraId="000000E2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Савремени руски језик 5</w:t>
              <w:br w:type="textWrapping"/>
              <w:t xml:space="preserve">В — Галина-Марија Мићић</w:t>
              <w:br w:type="textWrapping"/>
              <w:t xml:space="preserve">Кабинет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3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4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5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11.45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13.15</w:t>
            </w:r>
          </w:p>
          <w:p w:rsidR="00000000" w:rsidDel="00000000" w:rsidP="00000000" w:rsidRDefault="00000000" w:rsidRPr="00000000" w14:paraId="000000E6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Српска књижевност 20. вијека 1</w:t>
              <w:br w:type="textWrapping"/>
              <w:t xml:space="preserve">В — доц. др Андреја Марић</w:t>
              <w:br w:type="textWrapping"/>
              <w:t xml:space="preserve">Учионица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7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8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9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A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B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C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D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E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13.00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14.30</w:t>
            </w:r>
          </w:p>
          <w:p w:rsidR="00000000" w:rsidDel="00000000" w:rsidP="00000000" w:rsidRDefault="00000000" w:rsidRPr="00000000" w14:paraId="000000EF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Савремени руски језик 5</w:t>
              <w:br w:type="textWrapping"/>
              <w:t xml:space="preserve">В — мср Наталја Милаковић</w:t>
              <w:br w:type="textWrapping"/>
              <w:t xml:space="preserve">Руски центар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0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1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2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3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13.00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14.30</w:t>
            </w:r>
          </w:p>
          <w:p w:rsidR="00000000" w:rsidDel="00000000" w:rsidP="00000000" w:rsidRDefault="00000000" w:rsidRPr="00000000" w14:paraId="000000F4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Руска књижевност 19. вијека 3</w:t>
              <w:br w:type="textWrapping"/>
              <w:t xml:space="preserve">В — Галина-Марија Мићић</w:t>
              <w:br w:type="textWrapping"/>
              <w:t xml:space="preserve">Кабинет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5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6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7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13.30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15.00</w:t>
            </w:r>
          </w:p>
          <w:p w:rsidR="00000000" w:rsidDel="00000000" w:rsidP="00000000" w:rsidRDefault="00000000" w:rsidRPr="00000000" w14:paraId="000000F8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Лексикологија српског језика</w:t>
              <w:br w:type="textWrapping"/>
              <w:t xml:space="preserve">П — проф. др Дијана Црњак</w:t>
              <w:br w:type="textWrapping"/>
              <w:t xml:space="preserve">Учионица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9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A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B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C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D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E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F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14.30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16.00</w:t>
            </w:r>
          </w:p>
          <w:p w:rsidR="00000000" w:rsidDel="00000000" w:rsidP="00000000" w:rsidRDefault="00000000" w:rsidRPr="00000000" w14:paraId="00000100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Савремени руски језик 5</w:t>
              <w:br w:type="textWrapping"/>
              <w:t xml:space="preserve">В — Наташа Кецман</w:t>
              <w:br w:type="textWrapping"/>
              <w:t xml:space="preserve">Кабинет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1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2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3">
      <w:pPr>
        <w:rPr>
          <w:sz w:val="17"/>
          <w:szCs w:val="17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jc w:val="center"/>
        <w:rPr>
          <w:sz w:val="17"/>
          <w:szCs w:val="17"/>
        </w:rPr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СТУДИЈСКИ ПРОГРАМ РУСКОГ И СРПСКОГ ЈЕЗИКА И КЊИЖЕВНОСТИ — 4.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jc w:val="center"/>
        <w:rPr>
          <w:sz w:val="17"/>
          <w:szCs w:val="17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Распоред часова — зимски семестар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8"/>
        <w:tblW w:w="12385.0" w:type="dxa"/>
        <w:jc w:val="center"/>
        <w:tblLayout w:type="fixed"/>
        <w:tblLook w:val="0400"/>
      </w:tblPr>
      <w:tblGrid>
        <w:gridCol w:w="2477"/>
        <w:gridCol w:w="2477"/>
        <w:gridCol w:w="2477"/>
        <w:gridCol w:w="2477"/>
        <w:gridCol w:w="2477"/>
        <w:tblGridChange w:id="0">
          <w:tblGrid>
            <w:gridCol w:w="2477"/>
            <w:gridCol w:w="2477"/>
            <w:gridCol w:w="2477"/>
            <w:gridCol w:w="2477"/>
            <w:gridCol w:w="2477"/>
          </w:tblGrid>
        </w:tblGridChange>
      </w:tblGrid>
      <w:tr>
        <w:trPr>
          <w:cantSplit w:val="0"/>
          <w:tblHeader w:val="0"/>
        </w:trPr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106">
            <w:pPr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107">
            <w:pPr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108">
            <w:pPr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109">
            <w:pPr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10A">
            <w:pPr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B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C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D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E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F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0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1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2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3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11.30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13.00</w:t>
            </w:r>
          </w:p>
          <w:p w:rsidR="00000000" w:rsidDel="00000000" w:rsidP="00000000" w:rsidRDefault="00000000" w:rsidRPr="00000000" w14:paraId="00000114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Савремени руски језик 7</w:t>
              <w:br w:type="textWrapping"/>
              <w:t xml:space="preserve">В — мср Наталја Милаковић</w:t>
              <w:br w:type="textWrapping"/>
              <w:t xml:space="preserve">Руски центар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5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6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7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11.30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13.00</w:t>
            </w:r>
          </w:p>
          <w:p w:rsidR="00000000" w:rsidDel="00000000" w:rsidP="00000000" w:rsidRDefault="00000000" w:rsidRPr="00000000" w14:paraId="00000118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Руска књижевност 20. вијека 2</w:t>
              <w:br w:type="textWrapping"/>
              <w:t xml:space="preserve">В — Галина-Марија Мићић</w:t>
              <w:br w:type="textWrapping"/>
              <w:t xml:space="preserve">Учионица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9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A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B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C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D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E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11.30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12.15</w:t>
            </w:r>
          </w:p>
          <w:p w:rsidR="00000000" w:rsidDel="00000000" w:rsidP="00000000" w:rsidRDefault="00000000" w:rsidRPr="00000000" w14:paraId="0000011F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Синтакса српског језика 2</w:t>
              <w:br w:type="textWrapping"/>
              <w:t xml:space="preserve">В — С. Леро Максимовић</w:t>
              <w:br w:type="textWrapping"/>
              <w:t xml:space="preserve">Учионица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0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1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2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3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13.00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14.30</w:t>
            </w:r>
          </w:p>
          <w:p w:rsidR="00000000" w:rsidDel="00000000" w:rsidP="00000000" w:rsidRDefault="00000000" w:rsidRPr="00000000" w14:paraId="00000124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Синтакса српског језика 2</w:t>
              <w:br w:type="textWrapping"/>
              <w:t xml:space="preserve">П — проф. др Мијана Кубурић Мацура</w:t>
              <w:br w:type="textWrapping"/>
              <w:t xml:space="preserve">просторија није наведена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5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13.00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14.30</w:t>
            </w:r>
          </w:p>
          <w:p w:rsidR="00000000" w:rsidDel="00000000" w:rsidP="00000000" w:rsidRDefault="00000000" w:rsidRPr="00000000" w14:paraId="00000127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Синтакса руског језика 2</w:t>
              <w:br w:type="textWrapping"/>
              <w:t xml:space="preserve">В — Наташа Кецман</w:t>
              <w:br w:type="textWrapping"/>
              <w:t xml:space="preserve">Учионица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8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9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A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B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C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15.00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16.30</w:t>
            </w:r>
          </w:p>
          <w:p w:rsidR="00000000" w:rsidDel="00000000" w:rsidP="00000000" w:rsidRDefault="00000000" w:rsidRPr="00000000" w14:paraId="0000012E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Савремени руски језик 7</w:t>
              <w:br w:type="textWrapping"/>
              <w:t xml:space="preserve">В — Галина-Марија Мићић</w:t>
              <w:br w:type="textWrapping"/>
              <w:t xml:space="preserve">Читаоница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F">
            <w:pPr>
              <w:spacing w:after="0" w:line="24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13.30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15.00</w:t>
            </w:r>
          </w:p>
          <w:p w:rsidR="00000000" w:rsidDel="00000000" w:rsidP="00000000" w:rsidRDefault="00000000" w:rsidRPr="00000000" w14:paraId="00000130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3"/>
                <w:szCs w:val="13"/>
                <w:rtl w:val="0"/>
              </w:rPr>
              <w:t xml:space="preserve">Савремени руски језик 7</w:t>
              <w:br w:type="textWrapping"/>
              <w:t xml:space="preserve">В — Наташа Кецман</w:t>
              <w:br w:type="textWrapping"/>
              <w:t xml:space="preserve">Учионица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1">
            <w:pPr>
              <w:spacing w:after="0"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jc w:val="left"/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СТУДИЈСКИ ПРОГРАМ СРПСКОГ ЈЕЗИКА И КЊИЖЕВНОСТИ — 1.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spacing w:after="100" w:lineRule="auto"/>
        <w:rPr/>
      </w:pPr>
      <w:r w:rsidDel="00000000" w:rsidR="00000000" w:rsidRPr="00000000">
        <w:rPr>
          <w:color w:val="5f5f5f"/>
          <w:sz w:val="17"/>
          <w:szCs w:val="17"/>
          <w:rtl w:val="0"/>
        </w:rPr>
        <w:t xml:space="preserve">Распоред часова — зимски семестар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9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10:00–11:30</w:t>
              <w:br w:type="textWrapping"/>
              <w:t xml:space="preserve">Историјска фонетика српског језика</w:t>
              <w:br w:type="textWrapping"/>
              <w:t xml:space="preserve">П — проф. др Биљана Бабић</w:t>
              <w:br w:type="textWrapping"/>
              <w:t xml:space="preserve">Учионица 10</w:t>
              <w:br w:type="textWrapping"/>
              <w:t xml:space="preserve">13:15–15:30</w:t>
              <w:br w:type="textWrapping"/>
              <w:t xml:space="preserve">Руски језик 1</w:t>
              <w:br w:type="textWrapping"/>
              <w:t xml:space="preserve">П+В — проф. др Биљана Марић</w:t>
              <w:br w:type="textWrapping"/>
              <w:t xml:space="preserve">Учионица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14:00–15:30</w:t>
              <w:br w:type="textWrapping"/>
              <w:t xml:space="preserve">Теорија књижевности 1</w:t>
              <w:br w:type="textWrapping"/>
              <w:t xml:space="preserve">В — мр Валентина Милекић Ковачић</w:t>
              <w:br w:type="textWrapping"/>
              <w:t xml:space="preserve">Читаоница</w:t>
              <w:br w:type="textWrapping"/>
              <w:t xml:space="preserve">15:30–17:00</w:t>
              <w:br w:type="textWrapping"/>
              <w:t xml:space="preserve">Увод у општу лингвистику</w:t>
              <w:br w:type="textWrapping"/>
              <w:t xml:space="preserve">П — проф. др Мијана Кубурић Мацура</w:t>
              <w:br w:type="textWrapping"/>
              <w:t xml:space="preserve">Учионица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08:30–10:00</w:t>
              <w:br w:type="textWrapping"/>
              <w:t xml:space="preserve">Теорија књижевности 1</w:t>
              <w:br w:type="textWrapping"/>
              <w:t xml:space="preserve">П — доц. др Данијел Дојчиновић</w:t>
              <w:br w:type="textWrapping"/>
              <w:t xml:space="preserve">Учионица 9</w:t>
              <w:br w:type="textWrapping"/>
              <w:t xml:space="preserve">10:30–12:00</w:t>
              <w:br w:type="textWrapping"/>
              <w:t xml:space="preserve">Српска средњовјековна књижевност 1</w:t>
              <w:br w:type="textWrapping"/>
              <w:t xml:space="preserve">П — проф. др Славица Васиљевић Илић</w:t>
              <w:br w:type="textWrapping"/>
              <w:t xml:space="preserve">Учионица 10</w:t>
              <w:br w:type="textWrapping"/>
              <w:t xml:space="preserve">13:00–16:00</w:t>
              <w:br w:type="textWrapping"/>
              <w:t xml:space="preserve">Српска народна књижевност 1</w:t>
              <w:br w:type="textWrapping"/>
              <w:t xml:space="preserve">П+В — проф. др Јеленка Пандуревић</w:t>
              <w:br w:type="textWrapping"/>
              <w:t xml:space="preserve">Учионица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08:00–09:30</w:t>
              <w:br w:type="textWrapping"/>
              <w:t xml:space="preserve">Старословенски језик 1</w:t>
              <w:br w:type="textWrapping"/>
              <w:t xml:space="preserve">П — проф. др Зорица Никитовић</w:t>
              <w:br w:type="textWrapping"/>
              <w:t xml:space="preserve">Учионица 9</w:t>
              <w:br w:type="textWrapping"/>
              <w:t xml:space="preserve">11:00–12:30</w:t>
              <w:br w:type="textWrapping"/>
              <w:t xml:space="preserve">Српска средњовјековна књижевност 1</w:t>
              <w:br w:type="textWrapping"/>
              <w:t xml:space="preserve">В — доц. др Данијел Дојчиновић</w:t>
              <w:br w:type="textWrapping"/>
              <w:t xml:space="preserve">Учионица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3E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13:30–14:15</w:t>
              <w:br w:type="textWrapping"/>
              <w:t xml:space="preserve">Увод у теорију књижевности</w:t>
              <w:br w:type="textWrapping"/>
              <w:t xml:space="preserve">В — мр Валентина Милекић Ковачић</w:t>
              <w:br w:type="textWrapping"/>
              <w:t xml:space="preserve">Читаоница</w:t>
              <w:br w:type="textWrapping"/>
              <w:t xml:space="preserve">Русисти</w:t>
              <w:br w:type="textWrapping"/>
              <w:t xml:space="preserve">15:30–16:15</w:t>
              <w:br w:type="textWrapping"/>
              <w:t xml:space="preserve">Историјска фонетика српског језика</w:t>
              <w:br w:type="textWrapping"/>
              <w:t xml:space="preserve">В — В. Берак</w:t>
              <w:br w:type="textWrapping"/>
              <w:t xml:space="preserve">Учионица 2</w:t>
              <w:br w:type="textWrapping"/>
              <w:t xml:space="preserve">16:15–17:45</w:t>
              <w:br w:type="textWrapping"/>
              <w:t xml:space="preserve">Старословенски језик 1</w:t>
              <w:br w:type="textWrapping"/>
              <w:t xml:space="preserve">В — В. Берак</w:t>
              <w:br w:type="textWrapping"/>
              <w:t xml:space="preserve">Учионица 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jc w:val="left"/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СТУДИЈСКИ ПРОГРАМ СРПСКОГ ЈЕЗИКА И КЊИЖЕВНОСТИ — 2.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spacing w:after="100" w:lineRule="auto"/>
        <w:rPr/>
      </w:pPr>
      <w:r w:rsidDel="00000000" w:rsidR="00000000" w:rsidRPr="00000000">
        <w:rPr>
          <w:color w:val="5f5f5f"/>
          <w:sz w:val="17"/>
          <w:szCs w:val="17"/>
          <w:rtl w:val="0"/>
        </w:rPr>
        <w:t xml:space="preserve">Распоред часова — зимски семестар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10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42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45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09:30–11:00</w:t>
              <w:br w:type="textWrapping"/>
              <w:t xml:space="preserve">Дубровачка пасторална драма</w:t>
              <w:br w:type="textWrapping"/>
              <w:t xml:space="preserve">П — проф. др Мирјана Арежина</w:t>
              <w:br w:type="textWrapping"/>
              <w:t xml:space="preserve">Учионица 9</w:t>
              <w:br w:type="textWrapping"/>
              <w:t xml:space="preserve">11:00–12:30</w:t>
              <w:br w:type="textWrapping"/>
              <w:t xml:space="preserve">Српска књижевност ренесансе</w:t>
              <w:br w:type="textWrapping"/>
              <w:t xml:space="preserve">В — проф. др Мирјана Арежина</w:t>
              <w:br w:type="textWrapping"/>
              <w:t xml:space="preserve">Учионица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48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08:45–11:00</w:t>
              <w:br w:type="textWrapping"/>
              <w:t xml:space="preserve">Педагогија</w:t>
              <w:br w:type="textWrapping"/>
              <w:t xml:space="preserve">П — проф. др Небојша Мацановић</w:t>
              <w:br w:type="textWrapping"/>
              <w:t xml:space="preserve">Учионица 9</w:t>
              <w:br w:type="textWrapping"/>
              <w:t xml:space="preserve">11:00–12:30</w:t>
              <w:br w:type="textWrapping"/>
              <w:t xml:space="preserve">Српска књижевност од барока до класицизма</w:t>
              <w:br w:type="textWrapping"/>
              <w:t xml:space="preserve">В — проф. др Душко Певуља</w:t>
              <w:br w:type="textWrapping"/>
              <w:t xml:space="preserve">Читаоница</w:t>
              <w:br w:type="textWrapping"/>
              <w:t xml:space="preserve">12:30–14:00</w:t>
              <w:br w:type="textWrapping"/>
              <w:t xml:space="preserve">Српска књижевност од барока до класицизма</w:t>
              <w:br w:type="textWrapping"/>
              <w:t xml:space="preserve">П — проф. др Душко Певуља</w:t>
              <w:br w:type="textWrapping"/>
              <w:t xml:space="preserve">Учионица 9</w:t>
              <w:br w:type="textWrapping"/>
              <w:t xml:space="preserve">14:00–16:15</w:t>
              <w:br w:type="textWrapping"/>
              <w:t xml:space="preserve">Општа књижевност 2</w:t>
              <w:br w:type="textWrapping"/>
              <w:t xml:space="preserve">П — проф. др Игор Симановић</w:t>
              <w:br w:type="textWrapping"/>
              <w:t xml:space="preserve">Учионица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09:00–10:30</w:t>
              <w:br w:type="textWrapping"/>
              <w:t xml:space="preserve">Преводна књижевност</w:t>
              <w:br w:type="textWrapping"/>
              <w:t xml:space="preserve">П — проф. др Славица Васиљевић Илић</w:t>
              <w:br w:type="textWrapping"/>
              <w:t xml:space="preserve">Учионица 10</w:t>
              <w:br w:type="textWrapping"/>
              <w:t xml:space="preserve">14:30–16:00</w:t>
              <w:br w:type="textWrapping"/>
              <w:t xml:space="preserve">Општа књижевност 2</w:t>
              <w:br w:type="textWrapping"/>
              <w:t xml:space="preserve">В — проф. др Игор Симановић</w:t>
              <w:br w:type="textWrapping"/>
              <w:t xml:space="preserve">Учионица 9</w:t>
              <w:br w:type="textWrapping"/>
              <w:t xml:space="preserve">16:00–17:30</w:t>
              <w:br w:type="textWrapping"/>
              <w:t xml:space="preserve">Словеначки језик</w:t>
              <w:br w:type="textWrapping"/>
              <w:t xml:space="preserve"> — мр Барбара Хануш</w:t>
              <w:br w:type="textWrapping"/>
              <w:t xml:space="preserve">Учионица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09:30–11:00</w:t>
              <w:br w:type="textWrapping"/>
              <w:t xml:space="preserve">Српска књижевност ренесансе</w:t>
              <w:br w:type="textWrapping"/>
              <w:t xml:space="preserve">П — проф. др Мирјана Арежина</w:t>
              <w:br w:type="textWrapping"/>
              <w:t xml:space="preserve">Учионица 9</w:t>
              <w:br w:type="textWrapping"/>
              <w:t xml:space="preserve">11:00–12:30</w:t>
              <w:br w:type="textWrapping"/>
              <w:t xml:space="preserve">Фонологија и акцентологија српског језика</w:t>
              <w:br w:type="textWrapping"/>
              <w:t xml:space="preserve">В — проф. др Слађана Цукут</w:t>
              <w:br w:type="textWrapping"/>
              <w:t xml:space="preserve">Учионица 9</w:t>
              <w:br w:type="textWrapping"/>
              <w:t xml:space="preserve">13:15–14:45</w:t>
              <w:br w:type="textWrapping"/>
              <w:t xml:space="preserve">Фонологија и акцентологија</w:t>
              <w:br w:type="textWrapping"/>
              <w:t xml:space="preserve">П — проф. др Драгомир Козомара</w:t>
              <w:br w:type="textWrapping"/>
              <w:t xml:space="preserve">Учионица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09:00–10:30</w:t>
              <w:br w:type="textWrapping"/>
              <w:t xml:space="preserve">Историјска морфологија српског језика 2</w:t>
              <w:br w:type="textWrapping"/>
              <w:t xml:space="preserve">П — Б. Бабић</w:t>
              <w:br w:type="textWrapping"/>
              <w:t xml:space="preserve">Учионица 9</w:t>
              <w:br w:type="textWrapping"/>
              <w:t xml:space="preserve">10:30–12:00</w:t>
              <w:br w:type="textWrapping"/>
              <w:t xml:space="preserve">Историјска морфологија српског језика 2</w:t>
              <w:br w:type="textWrapping"/>
              <w:t xml:space="preserve">В — В. Берак</w:t>
              <w:br w:type="textWrapping"/>
              <w:t xml:space="preserve">Учионица 9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jc w:val="left"/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СТУДИЈСКИ ПРОГРАМ СРПСКОГ ЈЕЗИКА И КЊИЖЕВНОСТИ — 3.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spacing w:after="100" w:lineRule="auto"/>
        <w:rPr/>
      </w:pPr>
      <w:r w:rsidDel="00000000" w:rsidR="00000000" w:rsidRPr="00000000">
        <w:rPr>
          <w:color w:val="5f5f5f"/>
          <w:sz w:val="17"/>
          <w:szCs w:val="17"/>
          <w:rtl w:val="0"/>
        </w:rPr>
        <w:t xml:space="preserve">Распоред часова — зимски семестар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11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4F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51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54">
            <w:pPr>
              <w:spacing w:after="0" w:line="228" w:lineRule="auto"/>
              <w:rPr>
                <w:rFonts w:ascii="Aptos" w:cs="Aptos" w:eastAsia="Aptos" w:hAnsi="Aptos"/>
                <w:color w:val="1f1f1f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13:30–15:00</w:t>
              <w:br w:type="textWrapping"/>
              <w:t xml:space="preserve">Лексикологија српског језика</w:t>
              <w:br w:type="textWrapping"/>
              <w:t xml:space="preserve">П — проф. др Дијана Црњак</w:t>
              <w:br w:type="textWrapping"/>
              <w:t xml:space="preserve">Учионица 10</w:t>
            </w:r>
          </w:p>
          <w:p w:rsidR="00000000" w:rsidDel="00000000" w:rsidP="00000000" w:rsidRDefault="00000000" w:rsidRPr="00000000" w14:paraId="00000155">
            <w:pPr>
              <w:spacing w:after="0" w:line="228" w:lineRule="auto"/>
              <w:rPr>
                <w:color w:val="1f1f1f"/>
                <w:sz w:val="16"/>
                <w:szCs w:val="16"/>
              </w:rPr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15:00–17:00</w:t>
            </w:r>
          </w:p>
          <w:p w:rsidR="00000000" w:rsidDel="00000000" w:rsidP="00000000" w:rsidRDefault="00000000" w:rsidRPr="00000000" w14:paraId="00000156">
            <w:pPr>
              <w:spacing w:after="0" w:line="228" w:lineRule="auto"/>
              <w:rPr>
                <w:color w:val="1f1f1f"/>
                <w:sz w:val="16"/>
                <w:szCs w:val="16"/>
              </w:rPr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Педагогија</w:t>
            </w:r>
          </w:p>
          <w:p w:rsidR="00000000" w:rsidDel="00000000" w:rsidP="00000000" w:rsidRDefault="00000000" w:rsidRPr="00000000" w14:paraId="00000157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П - др Небојша Мацановић</w:t>
            </w: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br w:type="textWrapping"/>
              <w:t xml:space="preserve">17:00–18:30</w:t>
              <w:br w:type="textWrapping"/>
              <w:t xml:space="preserve">Књижевна морфологија</w:t>
              <w:br w:type="textWrapping"/>
              <w:t xml:space="preserve">П — проф. др Игор Симановић</w:t>
              <w:br w:type="textWrapping"/>
              <w:t xml:space="preserve">Учионица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58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09:30–11:00</w:t>
              <w:br w:type="textWrapping"/>
              <w:t xml:space="preserve">Српска књижевност романтизма</w:t>
              <w:br w:type="textWrapping"/>
              <w:t xml:space="preserve">В — проф. др Душко Певуља</w:t>
              <w:br w:type="textWrapping"/>
              <w:t xml:space="preserve">Читаоница</w:t>
              <w:br w:type="textWrapping"/>
              <w:t xml:space="preserve">11:00–12:30</w:t>
              <w:br w:type="textWrapping"/>
              <w:t xml:space="preserve">Српска књижевност романтизма</w:t>
              <w:br w:type="textWrapping"/>
              <w:t xml:space="preserve">П — проф. др Душко Певуља</w:t>
              <w:br w:type="textWrapping"/>
              <w:t xml:space="preserve">Учионица 9</w:t>
              <w:br w:type="textWrapping"/>
              <w:t xml:space="preserve">14:00–15:30</w:t>
              <w:br w:type="textWrapping"/>
              <w:t xml:space="preserve">Морфологија српског језика</w:t>
              <w:br w:type="textWrapping"/>
              <w:t xml:space="preserve">П — доц. др Горан Милашин</w:t>
              <w:br w:type="textWrapping"/>
              <w:t xml:space="preserve">Учионица 2</w:t>
              <w:br w:type="textWrapping"/>
              <w:t xml:space="preserve">14:30–16:45</w:t>
              <w:br w:type="textWrapping"/>
              <w:t xml:space="preserve">Морфологија српског језика</w:t>
              <w:br w:type="textWrapping"/>
              <w:t xml:space="preserve">В — доц. др Горан Милашин</w:t>
              <w:br w:type="textWrapping"/>
              <w:t xml:space="preserve">Учионица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10:00–11:30</w:t>
              <w:br w:type="textWrapping"/>
              <w:t xml:space="preserve">Лексикологија српског језика</w:t>
              <w:br w:type="textWrapping"/>
              <w:t xml:space="preserve">В — С. Леро Максимовић</w:t>
              <w:br w:type="textWrapping"/>
              <w:t xml:space="preserve">Учионица 9</w:t>
              <w:br w:type="textWrapping"/>
              <w:t xml:space="preserve">11:30–13:00</w:t>
              <w:br w:type="textWrapping"/>
              <w:t xml:space="preserve">Дијалектологија српског језика 1</w:t>
              <w:br w:type="textWrapping"/>
              <w:t xml:space="preserve">П — проф. др Драгомир Козомара</w:t>
              <w:br w:type="textWrapping"/>
              <w:t xml:space="preserve">Учионица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08:45–09:30</w:t>
              <w:br w:type="textWrapping"/>
              <w:t xml:space="preserve">Дијалектологија српског језика 1</w:t>
              <w:br w:type="textWrapping"/>
              <w:t xml:space="preserve">В — проф. Слађана Цукут</w:t>
              <w:br w:type="textWrapping"/>
              <w:t xml:space="preserve">Учионица 10</w:t>
              <w:br w:type="textWrapping"/>
              <w:t xml:space="preserve">09:30–11:00</w:t>
              <w:br w:type="textWrapping"/>
              <w:t xml:space="preserve">Упоредна граматика словенских језика 1</w:t>
              <w:br w:type="textWrapping"/>
              <w:t xml:space="preserve">П — проф. др Зорица Никитовић</w:t>
              <w:br w:type="textWrapping"/>
              <w:t xml:space="preserve">Учионица 10</w:t>
              <w:br w:type="textWrapping"/>
              <w:t xml:space="preserve">13:00–14:30</w:t>
              <w:br w:type="textWrapping"/>
              <w:t xml:space="preserve">Српска књижевност у БиХ</w:t>
              <w:br w:type="textWrapping"/>
              <w:t xml:space="preserve">П — проф. др Младенко Саџак</w:t>
              <w:br w:type="textWrapping"/>
              <w:t xml:space="preserve">Учионица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spacing w:after="0" w:line="22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jc w:val="left"/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СТУДИЈСКИ ПРОГРАМ СРПСКОГ ЈЕЗИКА И КЊИЖЕВНОСТИ — 4.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spacing w:after="100" w:lineRule="auto"/>
        <w:rPr/>
      </w:pPr>
      <w:r w:rsidDel="00000000" w:rsidR="00000000" w:rsidRPr="00000000">
        <w:rPr>
          <w:color w:val="5f5f5f"/>
          <w:sz w:val="17"/>
          <w:szCs w:val="17"/>
          <w:rtl w:val="0"/>
        </w:rPr>
        <w:t xml:space="preserve">Распоред часова — зимски семестар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12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62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63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64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10:30–12:00</w:t>
              <w:br w:type="textWrapping"/>
              <w:t xml:space="preserve">Синтакса српског језика 1</w:t>
              <w:br w:type="textWrapping"/>
              <w:t xml:space="preserve">П — проф. др Дијана Црњак</w:t>
              <w:br w:type="textWrapping"/>
              <w:t xml:space="preserve">Учионица 5</w:t>
              <w:br w:type="textWrapping"/>
              <w:t xml:space="preserve">13:30–15:00</w:t>
              <w:br w:type="textWrapping"/>
              <w:t xml:space="preserve">Српска књижевна критика и есејистика 20. вијека</w:t>
              <w:br w:type="textWrapping"/>
              <w:t xml:space="preserve">П — доц. др Андреја Марић</w:t>
              <w:br w:type="textWrapping"/>
              <w:t xml:space="preserve">Читаоница</w:t>
              <w:br w:type="textWrapping"/>
              <w:t xml:space="preserve">15:00–17:15</w:t>
              <w:br w:type="textWrapping"/>
              <w:t xml:space="preserve">Стилистика српског језика 1</w:t>
              <w:br w:type="textWrapping"/>
              <w:t xml:space="preserve">П+В — доц. др Горан Милашин</w:t>
              <w:br w:type="textWrapping"/>
              <w:t xml:space="preserve">Учионица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09:30–12:30</w:t>
              <w:br w:type="textWrapping"/>
              <w:t xml:space="preserve">Српска проза 20. вијека</w:t>
              <w:br w:type="textWrapping"/>
              <w:t xml:space="preserve">П — проф. др Ранко Поповић</w:t>
              <w:br w:type="textWrapping"/>
              <w:t xml:space="preserve">Учионица 10</w:t>
              <w:br w:type="textWrapping"/>
              <w:t xml:space="preserve">13:00–15:15</w:t>
              <w:br w:type="textWrapping"/>
              <w:t xml:space="preserve">Методика наставе српског језика и књижевности 2</w:t>
              <w:br w:type="textWrapping"/>
              <w:t xml:space="preserve">П+В — проф. др Нина Говедар</w:t>
              <w:br w:type="textWrapping"/>
              <w:t xml:space="preserve">Учионица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66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11:15–13:30</w:t>
              <w:br w:type="textWrapping"/>
              <w:t xml:space="preserve">Методика наставе српског језика и књижевности 2</w:t>
              <w:br w:type="textWrapping"/>
              <w:t xml:space="preserve">В — проф. др Нина Говедар</w:t>
              <w:br w:type="textWrapping"/>
              <w:t xml:space="preserve">Читаоница</w:t>
              <w:br w:type="textWrapping"/>
              <w:t xml:space="preserve">13:00–14:30</w:t>
              <w:br w:type="textWrapping"/>
              <w:t xml:space="preserve">Синтакса руског језика 2</w:t>
              <w:br w:type="textWrapping"/>
              <w:t xml:space="preserve">В — Наташа Кецман</w:t>
              <w:br w:type="textWrapping"/>
              <w:t xml:space="preserve">Учионица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67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12:00–14:15</w:t>
              <w:br w:type="textWrapping"/>
              <w:t xml:space="preserve">Српска проза 20. вијека</w:t>
              <w:br w:type="textWrapping"/>
              <w:t xml:space="preserve">В — доц. др Андреја Марић</w:t>
              <w:br w:type="textWrapping"/>
              <w:t xml:space="preserve">Читаоница</w:t>
              <w:br w:type="textWrapping"/>
              <w:t xml:space="preserve">14:30–16:00</w:t>
              <w:br w:type="textWrapping"/>
              <w:t xml:space="preserve">Синтакса српског језика 1</w:t>
              <w:br w:type="textWrapping"/>
              <w:t xml:space="preserve">В — доц. др Горан Милашин</w:t>
              <w:br w:type="textWrapping"/>
              <w:t xml:space="preserve">Учионица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68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16:00–18:15</w:t>
              <w:br w:type="textWrapping"/>
              <w:t xml:space="preserve">Компаративно проучавање јужнословенских књижевности 1</w:t>
              <w:br w:type="textWrapping"/>
              <w:t xml:space="preserve">П — проф. др Саша Шмуља</w:t>
              <w:br w:type="textWrapping"/>
              <w:t xml:space="preserve">Учионица 10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jc w:val="left"/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СТУДИЈСКИ ПРОГРАМ ЊЕМАЧКОГ ЈЕЗИКА И КЊИЖЕВНОСТИ — 1.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spacing w:after="100" w:lineRule="auto"/>
        <w:rPr/>
      </w:pPr>
      <w:r w:rsidDel="00000000" w:rsidR="00000000" w:rsidRPr="00000000">
        <w:rPr>
          <w:color w:val="5f5f5f"/>
          <w:sz w:val="17"/>
          <w:szCs w:val="17"/>
          <w:rtl w:val="0"/>
        </w:rPr>
        <w:t xml:space="preserve">Зимски семестар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13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6C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6D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6E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6F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70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09:00–10:30</w:t>
              <w:br w:type="textWrapping"/>
              <w:t xml:space="preserve">Лекторске вјежбе (вјежбе) · Учионица 5</w:t>
              <w:br w:type="textWrapping"/>
              <w:br w:type="textWrapping"/>
              <w:t xml:space="preserve">10:30–12:00</w:t>
              <w:br w:type="textWrapping"/>
              <w:t xml:space="preserve">Њемачка књижевност средњег вијека и барока (предавања) · Учионица 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72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12:00–13:30</w:t>
              <w:br w:type="textWrapping"/>
              <w:t xml:space="preserve">Српски језик 1 (предавања) · Учионица 5</w:t>
              <w:br w:type="textWrapping"/>
              <w:br w:type="textWrapping"/>
              <w:t xml:space="preserve">13:30–15:00</w:t>
              <w:br w:type="textWrapping"/>
              <w:t xml:space="preserve">Морфологија (вјежбе) · Учионица 5</w:t>
              <w:br w:type="textWrapping"/>
              <w:br w:type="textWrapping"/>
              <w:t xml:space="preserve">15:00–16:30</w:t>
              <w:br w:type="textWrapping"/>
              <w:t xml:space="preserve">Лекторске вјежбе (вјежбе) · Учионица 5</w:t>
              <w:br w:type="textWrapping"/>
              <w:br w:type="textWrapping"/>
              <w:t xml:space="preserve">17:00–18:30</w:t>
              <w:br w:type="textWrapping"/>
              <w:t xml:space="preserve">Француски језик 1 / Италијански језик 1 (изборни)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73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12:45–14:15</w:t>
              <w:br w:type="textWrapping"/>
              <w:t xml:space="preserve">Увод у општу лингвистику · Учионица 5</w:t>
              <w:br w:type="textWrapping"/>
              <w:br w:type="textWrapping"/>
              <w:t xml:space="preserve">14:15–15:00</w:t>
              <w:br w:type="textWrapping"/>
              <w:t xml:space="preserve">Фонетика · Учионица 5</w:t>
              <w:br w:type="textWrapping"/>
              <w:br w:type="textWrapping"/>
              <w:t xml:space="preserve">15:00–16:30</w:t>
              <w:br w:type="textWrapping"/>
              <w:t xml:space="preserve">Енглески језик 1 · Учионица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74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12:30–14:00</w:t>
              <w:br w:type="textWrapping"/>
              <w:t xml:space="preserve">Теорија књижевности · Учионица 6</w:t>
              <w:br w:type="textWrapping"/>
              <w:br w:type="textWrapping"/>
              <w:t xml:space="preserve">14:00–15:30</w:t>
              <w:br w:type="textWrapping"/>
              <w:t xml:space="preserve">Српски језик 1 (вјежбе) · Учионица 6</w:t>
              <w:br w:type="textWrapping"/>
              <w:br w:type="textWrapping"/>
              <w:t xml:space="preserve">15:30–17:00</w:t>
              <w:br w:type="textWrapping"/>
              <w:t xml:space="preserve">Превод · Учионица 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75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6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jc w:val="left"/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СТУДИЈСКИ ПРОГРАМ ЊЕМАЧКОГ ЈЕЗИКА И КЊИЖЕВНОСТИ — 2.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spacing w:after="100" w:lineRule="auto"/>
        <w:rPr/>
      </w:pPr>
      <w:r w:rsidDel="00000000" w:rsidR="00000000" w:rsidRPr="00000000">
        <w:rPr>
          <w:color w:val="5f5f5f"/>
          <w:sz w:val="17"/>
          <w:szCs w:val="17"/>
          <w:rtl w:val="0"/>
        </w:rPr>
        <w:t xml:space="preserve">Зимски семестар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14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7A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7B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7C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7D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7E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10:30–12:00</w:t>
              <w:br w:type="textWrapping"/>
              <w:t xml:space="preserve">Српски језик 3 (предавања) · Учионица 5</w:t>
              <w:br w:type="textWrapping"/>
              <w:br w:type="textWrapping"/>
              <w:t xml:space="preserve">12:00–13:30</w:t>
              <w:br w:type="textWrapping"/>
              <w:t xml:space="preserve">Енглески језик 3 · Учионица 5</w:t>
              <w:br w:type="textWrapping"/>
              <w:br w:type="textWrapping"/>
              <w:t xml:space="preserve">13:30–15:00</w:t>
              <w:br w:type="textWrapping"/>
              <w:t xml:space="preserve">Превод С–Њ · Учионица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7F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09:00–10:30</w:t>
              <w:br w:type="textWrapping"/>
              <w:t xml:space="preserve">Њемачка књижевност класике (предавања) · Учионица 6</w:t>
              <w:br w:type="textWrapping"/>
              <w:br w:type="textWrapping"/>
              <w:t xml:space="preserve">10:30–12:00</w:t>
              <w:br w:type="textWrapping"/>
              <w:t xml:space="preserve">Превод Њ–С · Учионица 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80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13:30–15:00</w:t>
              <w:br w:type="textWrapping"/>
              <w:t xml:space="preserve">Лекторске вјежбе (вјежбе) · Учионица 6</w:t>
              <w:br w:type="textWrapping"/>
              <w:br w:type="textWrapping"/>
              <w:t xml:space="preserve">15:00–16:30</w:t>
              <w:br w:type="textWrapping"/>
              <w:t xml:space="preserve">Морфосинтакса (вјежбе) · Учионица 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81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11:00–12:30</w:t>
              <w:br w:type="textWrapping"/>
              <w:t xml:space="preserve">Семинар из њемачке књижевности · Учионица 5</w:t>
              <w:br w:type="textWrapping"/>
              <w:br w:type="textWrapping"/>
              <w:t xml:space="preserve">12:30–14:00</w:t>
              <w:br w:type="textWrapping"/>
              <w:t xml:space="preserve">Српски језик 3 (вјежбе) · Учионица 5</w:t>
              <w:br w:type="textWrapping"/>
              <w:br w:type="textWrapping"/>
              <w:t xml:space="preserve">14:00–15:30</w:t>
              <w:br w:type="textWrapping"/>
              <w:t xml:space="preserve">Лекторске вјежбе (вјежбе) · Учионица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jc w:val="left"/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СТУДИЈСКИ ПРОГРАМ ЊЕМАЧКОГ ЈЕЗИКА И КЊИЖЕВНОСТИ — 3.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spacing w:after="100" w:lineRule="auto"/>
        <w:rPr/>
      </w:pPr>
      <w:r w:rsidDel="00000000" w:rsidR="00000000" w:rsidRPr="00000000">
        <w:rPr>
          <w:color w:val="5f5f5f"/>
          <w:sz w:val="17"/>
          <w:szCs w:val="17"/>
          <w:rtl w:val="0"/>
        </w:rPr>
        <w:t xml:space="preserve">Зимски семестар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15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86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87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89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09:00–09:45</w:t>
              <w:br w:type="textWrapping"/>
              <w:t xml:space="preserve">Културна историја (вјежбе) · Учионица 6</w:t>
              <w:br w:type="textWrapping"/>
              <w:br w:type="textWrapping"/>
              <w:t xml:space="preserve">09:45–11:30</w:t>
              <w:br w:type="textWrapping"/>
              <w:t xml:space="preserve">Психологија</w:t>
              <w:br w:type="textWrapping"/>
              <w:br w:type="textWrapping"/>
              <w:t xml:space="preserve">12:00–13:30</w:t>
              <w:br w:type="textWrapping"/>
              <w:t xml:space="preserve">Лекторске вјежбе (вјежбе) · Учионица 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8C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09:00–10:30</w:t>
              <w:br w:type="textWrapping"/>
              <w:t xml:space="preserve">Методика (предавања) · Учионица 5</w:t>
              <w:br w:type="textWrapping"/>
              <w:br w:type="textWrapping"/>
              <w:t xml:space="preserve">10:30–12:00</w:t>
              <w:br w:type="textWrapping"/>
              <w:t xml:space="preserve">Културна историја (предавања) · Учионица 5</w:t>
              <w:br w:type="textWrapping"/>
              <w:br w:type="textWrapping"/>
              <w:t xml:space="preserve">12:00–13:30</w:t>
              <w:br w:type="textWrapping"/>
              <w:t xml:space="preserve">Лекторске вјежбе (вјежбе)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8D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09:00–10:30</w:t>
              <w:br w:type="textWrapping"/>
              <w:t xml:space="preserve">Методика (вјежбе) · Учионица 5</w:t>
              <w:br w:type="textWrapping"/>
              <w:br w:type="textWrapping"/>
              <w:t xml:space="preserve">10:30–12:00</w:t>
              <w:br w:type="textWrapping"/>
              <w:t xml:space="preserve">Њемачка књижевност романтизма (предавања) · Учионица 5</w:t>
              <w:br w:type="textWrapping"/>
              <w:br w:type="textWrapping"/>
              <w:t xml:space="preserve">12:00–13:30</w:t>
              <w:br w:type="textWrapping"/>
              <w:t xml:space="preserve">Превод Њ–С · Учионица 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8E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08:00–09:30</w:t>
              <w:br w:type="textWrapping"/>
              <w:t xml:space="preserve">Њемачка књижевност романтизма (вјежбе) · Учионица 5</w:t>
              <w:br w:type="textWrapping"/>
              <w:br w:type="textWrapping"/>
              <w:t xml:space="preserve">09:30–11:00</w:t>
              <w:br w:type="textWrapping"/>
              <w:t xml:space="preserve">Превод С–Њ · Учионица 5</w:t>
              <w:br w:type="textWrapping"/>
              <w:br w:type="textWrapping"/>
              <w:t xml:space="preserve">11:00–12:30</w:t>
              <w:br w:type="textWrapping"/>
              <w:t xml:space="preserve">Лексикологија · Учионица 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8F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0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jc w:val="left"/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СТУДИЈСКИ ПРОГРАМ ЊЕМАЧКОГ ЈЕЗИКА И КЊИЖЕВНОСТИ — 4.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spacing w:after="100" w:lineRule="auto"/>
        <w:rPr/>
      </w:pPr>
      <w:r w:rsidDel="00000000" w:rsidR="00000000" w:rsidRPr="00000000">
        <w:rPr>
          <w:color w:val="5f5f5f"/>
          <w:sz w:val="17"/>
          <w:szCs w:val="17"/>
          <w:rtl w:val="0"/>
        </w:rPr>
        <w:t xml:space="preserve">Зимски семестар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16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93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94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95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96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97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13:30–15:00</w:t>
              <w:br w:type="textWrapping"/>
              <w:t xml:space="preserve">Лекторске вјежбе (вјежбе) · Учионица 6</w:t>
              <w:br w:type="textWrapping"/>
              <w:br w:type="textWrapping"/>
              <w:t xml:space="preserve">15:00–16:30</w:t>
              <w:br w:type="textWrapping"/>
              <w:t xml:space="preserve">Превод С–Њ · Учионица 6</w:t>
              <w:br w:type="textWrapping"/>
              <w:br w:type="textWrapping"/>
              <w:t xml:space="preserve">16:30–17:15</w:t>
              <w:br w:type="textWrapping"/>
              <w:t xml:space="preserve">Семантика (вјежбе) · Учионица 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99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12:00–13:30</w:t>
              <w:br w:type="textWrapping"/>
              <w:t xml:space="preserve">Методика (предавања) · Учионица 6</w:t>
              <w:br w:type="textWrapping"/>
              <w:br w:type="textWrapping"/>
              <w:t xml:space="preserve">13:30–15:00</w:t>
              <w:br w:type="textWrapping"/>
              <w:t xml:space="preserve">Лекторске вјежбе (вјежбе) · Учионица 6</w:t>
              <w:br w:type="textWrapping"/>
              <w:br w:type="textWrapping"/>
              <w:t xml:space="preserve">15:00–16:30</w:t>
              <w:br w:type="textWrapping"/>
              <w:t xml:space="preserve">Превод Њ–С · Учионица 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9A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09:00–10:30</w:t>
              <w:br w:type="textWrapping"/>
              <w:t xml:space="preserve">Њемачка књижевност 20. вијека (предавања) · Учионица 6</w:t>
              <w:br w:type="textWrapping"/>
              <w:br w:type="textWrapping"/>
              <w:t xml:space="preserve">10:30–12:00</w:t>
              <w:br w:type="textWrapping"/>
              <w:t xml:space="preserve">Методика (вјежбе) · Учионица 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9B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08:00–09:30</w:t>
              <w:br w:type="textWrapping"/>
              <w:t xml:space="preserve">Реторика · Учионица 6</w:t>
              <w:br w:type="textWrapping"/>
              <w:br w:type="textWrapping"/>
              <w:t xml:space="preserve">09:30–11:00</w:t>
              <w:br w:type="textWrapping"/>
              <w:t xml:space="preserve">Њемачка књижевност 20. вијека (вјежбе) · Учионица 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D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jc w:val="center"/>
        <w:rPr>
          <w:sz w:val="12"/>
          <w:szCs w:val="12"/>
        </w:rPr>
      </w:pPr>
      <w:r w:rsidDel="00000000" w:rsidR="00000000" w:rsidRPr="00000000">
        <w:rPr>
          <w:b w:val="1"/>
          <w:bCs w:val="1"/>
          <w:color w:val="1f4e78"/>
          <w:sz w:val="26"/>
          <w:szCs w:val="26"/>
          <w:rtl w:val="0"/>
        </w:rPr>
        <w:t xml:space="preserve">СТУДИЈСКИ ПРОГРАМ ЕНГЛЕСКИ ЈЕЗИК И КЊИЖЕВНОСТ — I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spacing w:after="100" w:lineRule="auto"/>
        <w:jc w:val="center"/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Зимски семестар · академска 2026/2027.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spacing w:after="140" w:lineRule="auto"/>
        <w:rPr>
          <w:i w:val="1"/>
          <w:iCs w:val="1"/>
          <w:color w:val="6b7280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5200.0" w:type="dxa"/>
        <w:jc w:val="center"/>
        <w:tblLayout w:type="fixed"/>
        <w:tblLook w:val="0400"/>
      </w:tblPr>
      <w:tblGrid>
        <w:gridCol w:w="3040"/>
        <w:gridCol w:w="3040"/>
        <w:gridCol w:w="3040"/>
        <w:gridCol w:w="3040"/>
        <w:gridCol w:w="3040"/>
        <w:tblGridChange w:id="0">
          <w:tblGrid>
            <w:gridCol w:w="3040"/>
            <w:gridCol w:w="3040"/>
            <w:gridCol w:w="3040"/>
            <w:gridCol w:w="3040"/>
            <w:gridCol w:w="3040"/>
          </w:tblGrid>
        </w:tblGridChange>
      </w:tblGrid>
      <w:tr>
        <w:trPr>
          <w:cantSplit w:val="0"/>
          <w:tblHeader w:val="0"/>
        </w:trPr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A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A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A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A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A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A6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11.00–12.30</w:t>
            </w:r>
            <w:r w:rsidDel="00000000" w:rsidR="00000000" w:rsidRPr="00000000">
              <w:rPr>
                <w:rtl w:val="0"/>
              </w:rPr>
              <w:br w:type="textWrapping"/>
              <w:t xml:space="preserve">Граматика енглеског језика I </w:t>
            </w:r>
          </w:p>
          <w:p w:rsidR="00000000" w:rsidDel="00000000" w:rsidP="00000000" w:rsidRDefault="00000000" w:rsidRPr="00000000" w14:paraId="000001A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Јелена Шајиновић-Новаковић, редовни професор</w:t>
            </w:r>
          </w:p>
          <w:p w:rsidR="00000000" w:rsidDel="00000000" w:rsidP="00000000" w:rsidRDefault="00000000" w:rsidRPr="00000000" w14:paraId="000001A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9.30–12.30</w:t>
            </w:r>
            <w:r w:rsidDel="00000000" w:rsidR="00000000" w:rsidRPr="00000000">
              <w:rPr>
                <w:rtl w:val="0"/>
              </w:rPr>
              <w:t xml:space="preserve"> • група Б/А</w:t>
              <w:br w:type="textWrapping"/>
              <w:t xml:space="preserve">Савремени енглески језик I </w:t>
            </w:r>
          </w:p>
          <w:p w:rsidR="00000000" w:rsidDel="00000000" w:rsidP="00000000" w:rsidRDefault="00000000" w:rsidRPr="00000000" w14:paraId="000001A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Јована Јоргић, асистент</w:t>
            </w:r>
          </w:p>
          <w:p w:rsidR="00000000" w:rsidDel="00000000" w:rsidP="00000000" w:rsidRDefault="00000000" w:rsidRPr="00000000" w14:paraId="000001A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AC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14.00–15.30</w:t>
            </w:r>
            <w:r w:rsidDel="00000000" w:rsidR="00000000" w:rsidRPr="00000000">
              <w:rPr>
                <w:rtl w:val="0"/>
              </w:rPr>
              <w:t xml:space="preserve"> • група А</w:t>
              <w:br w:type="textWrapping"/>
              <w:t xml:space="preserve">Савремени енглески језик I </w:t>
            </w:r>
          </w:p>
          <w:p w:rsidR="00000000" w:rsidDel="00000000" w:rsidP="00000000" w:rsidRDefault="00000000" w:rsidRPr="00000000" w14:paraId="000001A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др Светлана Митић, доцент</w:t>
            </w:r>
          </w:p>
          <w:p w:rsidR="00000000" w:rsidDel="00000000" w:rsidP="00000000" w:rsidRDefault="00000000" w:rsidRPr="00000000" w14:paraId="000001A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9.30–11.00</w:t>
            </w:r>
            <w:r w:rsidDel="00000000" w:rsidR="00000000" w:rsidRPr="00000000">
              <w:rPr>
                <w:rtl w:val="0"/>
              </w:rPr>
              <w:br w:type="textWrapping"/>
              <w:t xml:space="preserve">Српски језик I </w:t>
            </w:r>
          </w:p>
          <w:p w:rsidR="00000000" w:rsidDel="00000000" w:rsidP="00000000" w:rsidRDefault="00000000" w:rsidRPr="00000000" w14:paraId="000001B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Слађана Цукут, ванредни професор</w:t>
            </w:r>
          </w:p>
          <w:p w:rsidR="00000000" w:rsidDel="00000000" w:rsidP="00000000" w:rsidRDefault="00000000" w:rsidRPr="00000000" w14:paraId="000001B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9.45–12.45 </w:t>
            </w:r>
            <w:r w:rsidDel="00000000" w:rsidR="00000000" w:rsidRPr="00000000">
              <w:rPr>
                <w:rtl w:val="0"/>
              </w:rPr>
              <w:t xml:space="preserve">• група А/Б</w:t>
              <w:br w:type="textWrapping"/>
              <w:t xml:space="preserve">Граматика енглеског језика I</w:t>
            </w:r>
          </w:p>
          <w:p w:rsidR="00000000" w:rsidDel="00000000" w:rsidP="00000000" w:rsidRDefault="00000000" w:rsidRPr="00000000" w14:paraId="000001B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Сњежана Лепир, ма, виши асистент</w:t>
            </w:r>
          </w:p>
          <w:p w:rsidR="00000000" w:rsidDel="00000000" w:rsidP="00000000" w:rsidRDefault="00000000" w:rsidRPr="00000000" w14:paraId="000001B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B5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12.30–14.00</w:t>
            </w:r>
            <w:r w:rsidDel="00000000" w:rsidR="00000000" w:rsidRPr="00000000">
              <w:rPr>
                <w:rtl w:val="0"/>
              </w:rPr>
              <w:br w:type="textWrapping"/>
              <w:t xml:space="preserve">Увод у проучавање енглеске књижевности </w:t>
            </w:r>
          </w:p>
          <w:p w:rsidR="00000000" w:rsidDel="00000000" w:rsidP="00000000" w:rsidRDefault="00000000" w:rsidRPr="00000000" w14:paraId="000001B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Дијана Тица, редовни професор</w:t>
            </w:r>
          </w:p>
          <w:p w:rsidR="00000000" w:rsidDel="00000000" w:rsidP="00000000" w:rsidRDefault="00000000" w:rsidRPr="00000000" w14:paraId="000001B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B8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9.30–12.30</w:t>
            </w:r>
            <w:r w:rsidDel="00000000" w:rsidR="00000000" w:rsidRPr="00000000">
              <w:rPr>
                <w:rtl w:val="0"/>
              </w:rPr>
              <w:t xml:space="preserve"> • група А/Б</w:t>
              <w:br w:type="textWrapping"/>
              <w:t xml:space="preserve">Савремени енглески језик I </w:t>
            </w:r>
          </w:p>
          <w:p w:rsidR="00000000" w:rsidDel="00000000" w:rsidP="00000000" w:rsidRDefault="00000000" w:rsidRPr="00000000" w14:paraId="000001B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Сњежана Лепир, ма, виши асистент</w:t>
            </w:r>
          </w:p>
          <w:p w:rsidR="00000000" w:rsidDel="00000000" w:rsidP="00000000" w:rsidRDefault="00000000" w:rsidRPr="00000000" w14:paraId="000001B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15.30–17.00</w:t>
            </w:r>
            <w:r w:rsidDel="00000000" w:rsidR="00000000" w:rsidRPr="00000000">
              <w:rPr>
                <w:rtl w:val="0"/>
              </w:rPr>
              <w:br w:type="textWrapping"/>
              <w:t xml:space="preserve">Увод у англистику </w:t>
            </w:r>
          </w:p>
          <w:p w:rsidR="00000000" w:rsidDel="00000000" w:rsidP="00000000" w:rsidRDefault="00000000" w:rsidRPr="00000000" w14:paraId="000001B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Жељка Бабић, редовни професор</w:t>
            </w:r>
          </w:p>
          <w:p w:rsidR="00000000" w:rsidDel="00000000" w:rsidP="00000000" w:rsidRDefault="00000000" w:rsidRPr="00000000" w14:paraId="000001B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11.00–14.00</w:t>
            </w:r>
            <w:r w:rsidDel="00000000" w:rsidR="00000000" w:rsidRPr="00000000">
              <w:rPr>
                <w:rtl w:val="0"/>
              </w:rPr>
              <w:t xml:space="preserve"> • група А/Б</w:t>
              <w:br w:type="textWrapping"/>
              <w:t xml:space="preserve">Савремени енгл. језик I</w:t>
            </w:r>
          </w:p>
          <w:p w:rsidR="00000000" w:rsidDel="00000000" w:rsidP="00000000" w:rsidRDefault="00000000" w:rsidRPr="00000000" w14:paraId="000001B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др Светлана Митић, доцент</w:t>
            </w:r>
          </w:p>
          <w:p w:rsidR="00000000" w:rsidDel="00000000" w:rsidP="00000000" w:rsidRDefault="00000000" w:rsidRPr="00000000" w14:paraId="000001C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C1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9.45–12.45 </w:t>
            </w:r>
            <w:r w:rsidDel="00000000" w:rsidR="00000000" w:rsidRPr="00000000">
              <w:rPr>
                <w:rtl w:val="0"/>
              </w:rPr>
              <w:t xml:space="preserve">• група Б/А</w:t>
              <w:br w:type="textWrapping"/>
              <w:t xml:space="preserve">Увод у англистику</w:t>
            </w:r>
          </w:p>
          <w:p w:rsidR="00000000" w:rsidDel="00000000" w:rsidP="00000000" w:rsidRDefault="00000000" w:rsidRPr="00000000" w14:paraId="000001C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Јована Јоргић, асистент</w:t>
            </w:r>
          </w:p>
          <w:p w:rsidR="00000000" w:rsidDel="00000000" w:rsidP="00000000" w:rsidRDefault="00000000" w:rsidRPr="00000000" w14:paraId="000001C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C4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12.30–14.00</w:t>
            </w:r>
            <w:r w:rsidDel="00000000" w:rsidR="00000000" w:rsidRPr="00000000">
              <w:rPr>
                <w:rtl w:val="0"/>
              </w:rPr>
              <w:br w:type="textWrapping"/>
              <w:t xml:space="preserve">Увод у теорију књижевности </w:t>
            </w:r>
          </w:p>
          <w:p w:rsidR="00000000" w:rsidDel="00000000" w:rsidP="00000000" w:rsidRDefault="00000000" w:rsidRPr="00000000" w14:paraId="000001C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Сања Мацура, редовни професор</w:t>
            </w:r>
          </w:p>
          <w:p w:rsidR="00000000" w:rsidDel="00000000" w:rsidP="00000000" w:rsidRDefault="00000000" w:rsidRPr="00000000" w14:paraId="000001C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9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C8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17.00–18.30 </w:t>
            </w:r>
            <w:r w:rsidDel="00000000" w:rsidR="00000000" w:rsidRPr="00000000">
              <w:rPr>
                <w:rtl w:val="0"/>
              </w:rPr>
              <w:t xml:space="preserve">• група Б</w:t>
              <w:br w:type="textWrapping"/>
              <w:t xml:space="preserve">Савремени енглески језик I </w:t>
            </w:r>
          </w:p>
          <w:p w:rsidR="00000000" w:rsidDel="00000000" w:rsidP="00000000" w:rsidRDefault="00000000" w:rsidRPr="00000000" w14:paraId="000001C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др Светлана Митић, доцент</w:t>
            </w:r>
          </w:p>
          <w:p w:rsidR="00000000" w:rsidDel="00000000" w:rsidP="00000000" w:rsidRDefault="00000000" w:rsidRPr="00000000" w14:paraId="000001C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11.00–14.00 </w:t>
            </w:r>
            <w:r w:rsidDel="00000000" w:rsidR="00000000" w:rsidRPr="00000000">
              <w:rPr>
                <w:rtl w:val="0"/>
              </w:rPr>
              <w:t xml:space="preserve">• група Б/А</w:t>
              <w:br w:type="textWrapping"/>
              <w:t xml:space="preserve">Средњовјековна енглеска књижевност</w:t>
            </w:r>
          </w:p>
          <w:p w:rsidR="00000000" w:rsidDel="00000000" w:rsidP="00000000" w:rsidRDefault="00000000" w:rsidRPr="00000000" w14:paraId="000001C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др Тијана Поповић, виши асистент</w:t>
            </w:r>
          </w:p>
          <w:p w:rsidR="00000000" w:rsidDel="00000000" w:rsidP="00000000" w:rsidRDefault="00000000" w:rsidRPr="00000000" w14:paraId="000001C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CE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12.45–13.30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енгл. језик I</w:t>
            </w:r>
          </w:p>
          <w:p w:rsidR="00000000" w:rsidDel="00000000" w:rsidP="00000000" w:rsidRDefault="00000000" w:rsidRPr="00000000" w14:paraId="000001C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Далибор Кесић, редовни професор</w:t>
            </w:r>
          </w:p>
          <w:p w:rsidR="00000000" w:rsidDel="00000000" w:rsidP="00000000" w:rsidRDefault="00000000" w:rsidRPr="00000000" w14:paraId="000001D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14.00–15.30</w:t>
            </w:r>
            <w:r w:rsidDel="00000000" w:rsidR="00000000" w:rsidRPr="00000000">
              <w:rPr>
                <w:rtl w:val="0"/>
              </w:rPr>
              <w:br w:type="textWrapping"/>
              <w:t xml:space="preserve">Средњовјековна енглеска књижевност </w:t>
            </w:r>
          </w:p>
          <w:p w:rsidR="00000000" w:rsidDel="00000000" w:rsidP="00000000" w:rsidRDefault="00000000" w:rsidRPr="00000000" w14:paraId="000001D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Петар Пенда, редовни професор</w:t>
            </w:r>
          </w:p>
          <w:p w:rsidR="00000000" w:rsidDel="00000000" w:rsidP="00000000" w:rsidRDefault="00000000" w:rsidRPr="00000000" w14:paraId="000001D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D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D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8">
      <w:pPr>
        <w:rPr>
          <w:i w:val="1"/>
          <w:iCs w:val="1"/>
          <w:color w:val="6b7280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rPr>
          <w:sz w:val="16"/>
          <w:szCs w:val="16"/>
        </w:rPr>
      </w:pPr>
      <w:r w:rsidDel="00000000" w:rsidR="00000000" w:rsidRPr="00000000">
        <w:rPr>
          <w:i w:val="1"/>
          <w:iCs w:val="1"/>
          <w:color w:val="6b7280"/>
          <w:sz w:val="16"/>
          <w:szCs w:val="16"/>
          <w:rtl w:val="0"/>
        </w:rPr>
        <w:t xml:space="preserve">Напомена: Студенти су дужни да прате измјене распореда. Евентуални термини који недостају биће одређени у договору са предметним наставником.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rPr>
          <w:sz w:val="16"/>
          <w:szCs w:val="16"/>
        </w:rPr>
        <w:sectPr>
          <w:headerReference r:id="rId7" w:type="default"/>
          <w:footerReference r:id="rId8" w:type="default"/>
          <w:pgSz w:h="12240" w:w="15840" w:orient="landscape"/>
          <w:pgMar w:bottom="648" w:top="648" w:left="648" w:right="648" w:header="720" w:footer="720"/>
          <w:pgNumType w:start="1"/>
        </w:sectPr>
      </w:pPr>
      <w:r w:rsidDel="00000000" w:rsidR="00000000" w:rsidRPr="00000000">
        <w:rPr>
          <w:i w:val="1"/>
          <w:iCs w:val="1"/>
          <w:color w:val="6b7280"/>
          <w:sz w:val="16"/>
          <w:szCs w:val="16"/>
          <w:rtl w:val="0"/>
        </w:rPr>
        <w:t xml:space="preserve">За часове вјежби код обавезних предмета, А+Б значи обје групе заједно, а А/Б или Б/А значи наизмјенично по групама, тим редом.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jc w:val="center"/>
        <w:rPr>
          <w:sz w:val="12"/>
          <w:szCs w:val="12"/>
        </w:rPr>
      </w:pPr>
      <w:r w:rsidDel="00000000" w:rsidR="00000000" w:rsidRPr="00000000">
        <w:rPr>
          <w:b w:val="1"/>
          <w:bCs w:val="1"/>
          <w:color w:val="1f4e78"/>
          <w:sz w:val="26"/>
          <w:szCs w:val="26"/>
          <w:rtl w:val="0"/>
        </w:rPr>
        <w:t xml:space="preserve">СТУДИЈСКИ ПРОГРАМ ЕНГЛЕСКИ ЈЕЗИК И КЊИЖЕВНОСТ — II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spacing w:after="100" w:lineRule="auto"/>
        <w:jc w:val="center"/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Зимски семестар · академска 2026/2027. година</w:t>
      </w:r>
    </w:p>
    <w:p w:rsidR="00000000" w:rsidDel="00000000" w:rsidP="00000000" w:rsidRDefault="00000000" w:rsidRPr="00000000" w14:paraId="000001DD">
      <w:pPr>
        <w:spacing w:after="140" w:lineRule="auto"/>
        <w:rPr/>
      </w:pPr>
      <w:r w:rsidDel="00000000" w:rsidR="00000000" w:rsidRPr="00000000">
        <w:rPr>
          <w:i w:val="1"/>
          <w:iCs w:val="1"/>
          <w:color w:val="6b7280"/>
          <w:rtl w:val="0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18"/>
        <w:tblW w:w="15200.0" w:type="dxa"/>
        <w:jc w:val="center"/>
        <w:tblLayout w:type="fixed"/>
        <w:tblLook w:val="0400"/>
      </w:tblPr>
      <w:tblGrid>
        <w:gridCol w:w="3040"/>
        <w:gridCol w:w="3040"/>
        <w:gridCol w:w="3040"/>
        <w:gridCol w:w="3040"/>
        <w:gridCol w:w="3040"/>
        <w:tblGridChange w:id="0">
          <w:tblGrid>
            <w:gridCol w:w="3040"/>
            <w:gridCol w:w="3040"/>
            <w:gridCol w:w="3040"/>
            <w:gridCol w:w="3040"/>
            <w:gridCol w:w="3040"/>
          </w:tblGrid>
        </w:tblGridChange>
      </w:tblGrid>
      <w:tr>
        <w:trPr>
          <w:cantSplit w:val="0"/>
          <w:tblHeader w:val="0"/>
        </w:trPr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D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D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E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E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E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E3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30–11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tl w:val="0"/>
              </w:rPr>
              <w:br w:type="textWrapping"/>
              <w:t xml:space="preserve">Књижевност енглеског класицизма и романтизма</w:t>
            </w:r>
          </w:p>
          <w:p w:rsidR="00000000" w:rsidDel="00000000" w:rsidP="00000000" w:rsidRDefault="00000000" w:rsidRPr="00000000" w14:paraId="000001E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Дијана Тица, редовни професор</w:t>
            </w:r>
          </w:p>
          <w:p w:rsidR="00000000" w:rsidDel="00000000" w:rsidP="00000000" w:rsidRDefault="00000000" w:rsidRPr="00000000" w14:paraId="000001E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E6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00–12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  <w:br w:type="textWrapping"/>
              <w:t xml:space="preserve">Креативно писање</w:t>
              <w:br w:type="textWrapping"/>
              <w:t xml:space="preserve">др Татјана Бијелић, редовни професор</w:t>
            </w:r>
          </w:p>
          <w:p w:rsidR="00000000" w:rsidDel="00000000" w:rsidP="00000000" w:rsidRDefault="00000000" w:rsidRPr="00000000" w14:paraId="000001E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Кабинет 7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E8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00–10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 </w:t>
            </w:r>
            <w:r w:rsidDel="00000000" w:rsidR="00000000" w:rsidRPr="00000000">
              <w:rPr>
                <w:rtl w:val="0"/>
              </w:rPr>
              <w:t xml:space="preserve">• група А+Б</w:t>
              <w:br w:type="textWrapping"/>
              <w:t xml:space="preserve">Савремени енглески језик III</w:t>
            </w:r>
          </w:p>
          <w:p w:rsidR="00000000" w:rsidDel="00000000" w:rsidP="00000000" w:rsidRDefault="00000000" w:rsidRPr="00000000" w14:paraId="000001E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мр Бранко Црногорац, наставник стр. језика и вјештина</w:t>
            </w:r>
          </w:p>
          <w:p w:rsidR="00000000" w:rsidDel="00000000" w:rsidP="00000000" w:rsidRDefault="00000000" w:rsidRPr="00000000" w14:paraId="000001E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EB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00–13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 </w:t>
            </w:r>
            <w:r w:rsidDel="00000000" w:rsidR="00000000" w:rsidRPr="00000000">
              <w:rPr>
                <w:rtl w:val="0"/>
              </w:rPr>
              <w:t xml:space="preserve">• група А+Б</w:t>
              <w:br w:type="textWrapping"/>
              <w:t xml:space="preserve">Америчка књижевност до 20. Вијека</w:t>
            </w:r>
          </w:p>
          <w:p w:rsidR="00000000" w:rsidDel="00000000" w:rsidP="00000000" w:rsidRDefault="00000000" w:rsidRPr="00000000" w14:paraId="000001E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Милица Јошић-Милиновић, ма, наставник стр. језика и вјештина</w:t>
            </w:r>
          </w:p>
          <w:p w:rsidR="00000000" w:rsidDel="00000000" w:rsidP="00000000" w:rsidRDefault="00000000" w:rsidRPr="00000000" w14:paraId="000001E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202 (ФПН)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EE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45–14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енгл. језик III</w:t>
            </w:r>
          </w:p>
          <w:p w:rsidR="00000000" w:rsidDel="00000000" w:rsidP="00000000" w:rsidRDefault="00000000" w:rsidRPr="00000000" w14:paraId="000001EF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  <w:t xml:space="preserve">П – др Далибор Кесић, редовни професор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F1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00–12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 </w:t>
            </w:r>
            <w:r w:rsidDel="00000000" w:rsidR="00000000" w:rsidRPr="00000000">
              <w:rPr>
                <w:rtl w:val="0"/>
              </w:rPr>
              <w:t xml:space="preserve">• група А+Б</w:t>
              <w:br w:type="textWrapping"/>
              <w:t xml:space="preserve">Савремени енгл. језик III </w:t>
            </w:r>
          </w:p>
          <w:p w:rsidR="00000000" w:rsidDel="00000000" w:rsidP="00000000" w:rsidRDefault="00000000" w:rsidRPr="00000000" w14:paraId="000001F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др Дејан Милиновић, доцент</w:t>
            </w:r>
          </w:p>
          <w:p w:rsidR="00000000" w:rsidDel="00000000" w:rsidP="00000000" w:rsidRDefault="00000000" w:rsidRPr="00000000" w14:paraId="000001F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F4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30–14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tl w:val="0"/>
              </w:rPr>
              <w:br w:type="textWrapping"/>
              <w:t xml:space="preserve">Креативно писање</w:t>
            </w:r>
          </w:p>
          <w:p w:rsidR="00000000" w:rsidDel="00000000" w:rsidP="00000000" w:rsidRDefault="00000000" w:rsidRPr="00000000" w14:paraId="000001F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Татјана Бијелић, редовни професор</w:t>
            </w:r>
          </w:p>
          <w:p w:rsidR="00000000" w:rsidDel="00000000" w:rsidP="00000000" w:rsidRDefault="00000000" w:rsidRPr="00000000" w14:paraId="000001F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F7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00–12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F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Америчка књижевност до 20. вијека </w:t>
            </w:r>
          </w:p>
          <w:p w:rsidR="00000000" w:rsidDel="00000000" w:rsidP="00000000" w:rsidRDefault="00000000" w:rsidRPr="00000000" w14:paraId="000001F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Татјана Бијелић, редовни професор</w:t>
            </w:r>
          </w:p>
          <w:p w:rsidR="00000000" w:rsidDel="00000000" w:rsidP="00000000" w:rsidRDefault="00000000" w:rsidRPr="00000000" w14:paraId="000001F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FB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00–15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  <w:br w:type="textWrapping"/>
              <w:t xml:space="preserve">Морфологија енглеског језика</w:t>
            </w:r>
          </w:p>
          <w:p w:rsidR="00000000" w:rsidDel="00000000" w:rsidP="00000000" w:rsidRDefault="00000000" w:rsidRPr="00000000" w14:paraId="000001F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Данијела Мајсторовић, редовни професор</w:t>
            </w:r>
          </w:p>
          <w:p w:rsidR="00000000" w:rsidDel="00000000" w:rsidP="00000000" w:rsidRDefault="00000000" w:rsidRPr="00000000" w14:paraId="000001F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FE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30–16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 </w:t>
            </w:r>
            <w:r w:rsidDel="00000000" w:rsidR="00000000" w:rsidRPr="00000000">
              <w:rPr>
                <w:rtl w:val="0"/>
              </w:rPr>
              <w:t xml:space="preserve">• група А+Б</w:t>
              <w:br w:type="textWrapping"/>
              <w:t xml:space="preserve">Савремени енгл. језик III</w:t>
            </w:r>
          </w:p>
          <w:p w:rsidR="00000000" w:rsidDel="00000000" w:rsidP="00000000" w:rsidRDefault="00000000" w:rsidRPr="00000000" w14:paraId="000001F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Јована Јоргић, асистент</w:t>
            </w:r>
          </w:p>
          <w:p w:rsidR="00000000" w:rsidDel="00000000" w:rsidP="00000000" w:rsidRDefault="00000000" w:rsidRPr="00000000" w14:paraId="0000020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0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02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30–14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0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Британска култура</w:t>
              <w:br w:type="textWrapping"/>
              <w:t xml:space="preserve">др Татјана Марјановић, редовни професор</w:t>
            </w:r>
          </w:p>
          <w:p w:rsidR="00000000" w:rsidDel="00000000" w:rsidP="00000000" w:rsidRDefault="00000000" w:rsidRPr="00000000" w14:paraId="0000020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Кабинет 6 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05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00–18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  <w:br w:type="textWrapping"/>
              <w:t xml:space="preserve">- Њемачки језик 1</w:t>
            </w:r>
          </w:p>
          <w:p w:rsidR="00000000" w:rsidDel="00000000" w:rsidP="00000000" w:rsidRDefault="00000000" w:rsidRPr="00000000" w14:paraId="0000020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 Италијански језик 1 </w:t>
            </w:r>
          </w:p>
          <w:p w:rsidR="00000000" w:rsidDel="00000000" w:rsidP="00000000" w:rsidRDefault="00000000" w:rsidRPr="00000000" w14:paraId="0000020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 Француски језик 1 </w:t>
            </w:r>
          </w:p>
          <w:p w:rsidR="00000000" w:rsidDel="00000000" w:rsidP="00000000" w:rsidRDefault="00000000" w:rsidRPr="00000000" w14:paraId="0000020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 Словеначки језик 1 </w:t>
            </w:r>
          </w:p>
          <w:p w:rsidR="00000000" w:rsidDel="00000000" w:rsidP="00000000" w:rsidRDefault="00000000" w:rsidRPr="00000000" w14:paraId="0000020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 Шпански језик 1 </w:t>
            </w:r>
          </w:p>
          <w:p w:rsidR="00000000" w:rsidDel="00000000" w:rsidP="00000000" w:rsidRDefault="00000000" w:rsidRPr="00000000" w14:paraId="000002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 Кинески језик 1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0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0C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00–17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  <w:t xml:space="preserve"> • група А+Б</w:t>
              <w:br w:type="textWrapping"/>
              <w:t xml:space="preserve">Морфологија енглеског језика </w:t>
            </w:r>
          </w:p>
          <w:p w:rsidR="00000000" w:rsidDel="00000000" w:rsidP="00000000" w:rsidRDefault="00000000" w:rsidRPr="00000000" w14:paraId="0000020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</w:t>
              <w:br w:type="textWrapping"/>
              <w:t xml:space="preserve">др Јасна Јуришић Рољић, доцент</w:t>
            </w:r>
          </w:p>
          <w:p w:rsidR="00000000" w:rsidDel="00000000" w:rsidP="00000000" w:rsidRDefault="00000000" w:rsidRPr="00000000" w14:paraId="000002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10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00–15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 </w:t>
            </w:r>
            <w:r w:rsidDel="00000000" w:rsidR="00000000" w:rsidRPr="00000000">
              <w:rPr>
                <w:rtl w:val="0"/>
              </w:rPr>
              <w:t xml:space="preserve">• група А+Б</w:t>
              <w:br w:type="textWrapping"/>
              <w:t xml:space="preserve">Књижевност енглеског класицизма и романтизма</w:t>
            </w:r>
          </w:p>
          <w:p w:rsidR="00000000" w:rsidDel="00000000" w:rsidP="00000000" w:rsidRDefault="00000000" w:rsidRPr="00000000" w14:paraId="000002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Милица Јошић-Милиновић, ма, наставник стр. језика и вјештина</w:t>
            </w:r>
          </w:p>
          <w:p w:rsidR="00000000" w:rsidDel="00000000" w:rsidP="00000000" w:rsidRDefault="00000000" w:rsidRPr="00000000" w14:paraId="000002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17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30–17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Британска култура</w:t>
            </w:r>
          </w:p>
          <w:p w:rsidR="00000000" w:rsidDel="00000000" w:rsidP="00000000" w:rsidRDefault="00000000" w:rsidRPr="00000000" w14:paraId="000002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Татјана Марјановић, редовни професор</w:t>
            </w:r>
          </w:p>
          <w:p w:rsidR="00000000" w:rsidDel="00000000" w:rsidP="00000000" w:rsidRDefault="00000000" w:rsidRPr="00000000" w14:paraId="000002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 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1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1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1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E">
      <w:pPr>
        <w:rPr>
          <w:i w:val="1"/>
          <w:iCs w:val="1"/>
          <w:color w:val="6b728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rPr>
          <w:sz w:val="16"/>
          <w:szCs w:val="16"/>
        </w:rPr>
      </w:pPr>
      <w:r w:rsidDel="00000000" w:rsidR="00000000" w:rsidRPr="00000000">
        <w:rPr>
          <w:i w:val="1"/>
          <w:iCs w:val="1"/>
          <w:color w:val="6b7280"/>
          <w:sz w:val="16"/>
          <w:szCs w:val="16"/>
          <w:rtl w:val="0"/>
        </w:rPr>
        <w:t xml:space="preserve">Напомена: Студенти су дужни да прате измјене распореда. Евентуални термини који недостају биће одређени у договору са предметним наставником.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rPr>
          <w:sz w:val="16"/>
          <w:szCs w:val="16"/>
        </w:rPr>
        <w:sectPr>
          <w:type w:val="nextPage"/>
          <w:pgSz w:h="12240" w:w="15840" w:orient="landscape"/>
          <w:pgMar w:bottom="567" w:top="567" w:left="567" w:right="567" w:header="720" w:footer="720"/>
        </w:sectPr>
      </w:pPr>
      <w:r w:rsidDel="00000000" w:rsidR="00000000" w:rsidRPr="00000000">
        <w:rPr>
          <w:i w:val="1"/>
          <w:iCs w:val="1"/>
          <w:color w:val="6b7280"/>
          <w:sz w:val="16"/>
          <w:szCs w:val="16"/>
          <w:rtl w:val="0"/>
        </w:rPr>
        <w:t xml:space="preserve">За часове вјежби код обавезних предмета, А+Б значи обје групе заједно, а А/Б или Б/А значи наизмјенично по групама, тим редом.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jc w:val="center"/>
        <w:rPr>
          <w:sz w:val="12"/>
          <w:szCs w:val="12"/>
        </w:rPr>
      </w:pPr>
      <w:r w:rsidDel="00000000" w:rsidR="00000000" w:rsidRPr="00000000">
        <w:rPr>
          <w:b w:val="1"/>
          <w:bCs w:val="1"/>
          <w:color w:val="1f4e78"/>
          <w:sz w:val="26"/>
          <w:szCs w:val="26"/>
          <w:rtl w:val="0"/>
        </w:rPr>
        <w:t xml:space="preserve">СТУДИЈСКИ ПРОГРАМ ЕНГЛЕСКИ ЈЕЗИК И КЊИЖЕВНОСТ — III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spacing w:after="100" w:lineRule="auto"/>
        <w:jc w:val="center"/>
        <w:rPr/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Зимски семестар · академска 2026/2027. година</w:t>
      </w:r>
      <w:r w:rsidDel="00000000" w:rsidR="00000000" w:rsidRPr="00000000">
        <w:rPr>
          <w:rtl w:val="0"/>
        </w:rPr>
      </w:r>
    </w:p>
    <w:tbl>
      <w:tblPr>
        <w:tblStyle w:val="Table19"/>
        <w:tblW w:w="15200.0" w:type="dxa"/>
        <w:jc w:val="center"/>
        <w:tblLayout w:type="fixed"/>
        <w:tblLook w:val="0400"/>
      </w:tblPr>
      <w:tblGrid>
        <w:gridCol w:w="3040"/>
        <w:gridCol w:w="3040"/>
        <w:gridCol w:w="3040"/>
        <w:gridCol w:w="3040"/>
        <w:gridCol w:w="3040"/>
        <w:tblGridChange w:id="0">
          <w:tblGrid>
            <w:gridCol w:w="3040"/>
            <w:gridCol w:w="3040"/>
            <w:gridCol w:w="3040"/>
            <w:gridCol w:w="3040"/>
            <w:gridCol w:w="3040"/>
          </w:tblGrid>
        </w:tblGridChange>
      </w:tblGrid>
      <w:tr>
        <w:trPr>
          <w:cantSplit w:val="0"/>
          <w:tblHeader w:val="0"/>
        </w:trPr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22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22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22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22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22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28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12.30–14.00</w:t>
            </w:r>
            <w:r w:rsidDel="00000000" w:rsidR="00000000" w:rsidRPr="00000000">
              <w:rPr>
                <w:rtl w:val="0"/>
              </w:rPr>
              <w:br w:type="textWrapping"/>
              <w:t xml:space="preserve">Модална семантика</w:t>
            </w:r>
          </w:p>
          <w:p w:rsidR="00000000" w:rsidDel="00000000" w:rsidP="00000000" w:rsidRDefault="00000000" w:rsidRPr="00000000" w14:paraId="0000022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Јелена Шајиновић-Новаковић, редовни професор</w:t>
            </w:r>
          </w:p>
          <w:p w:rsidR="00000000" w:rsidDel="00000000" w:rsidP="00000000" w:rsidRDefault="00000000" w:rsidRPr="00000000" w14:paraId="0000022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2B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12.30–14.00</w:t>
            </w:r>
            <w:r w:rsidDel="00000000" w:rsidR="00000000" w:rsidRPr="00000000">
              <w:rPr>
                <w:rtl w:val="0"/>
              </w:rPr>
              <w:br w:type="textWrapping"/>
              <w:t xml:space="preserve">Шекспир</w:t>
            </w:r>
          </w:p>
          <w:p w:rsidR="00000000" w:rsidDel="00000000" w:rsidP="00000000" w:rsidRDefault="00000000" w:rsidRPr="00000000" w14:paraId="0000022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Петар Пенда, редовни професор</w:t>
            </w:r>
          </w:p>
          <w:p w:rsidR="00000000" w:rsidDel="00000000" w:rsidP="00000000" w:rsidRDefault="00000000" w:rsidRPr="00000000" w14:paraId="0000022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2E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9.00–10.45</w:t>
            </w:r>
            <w:r w:rsidDel="00000000" w:rsidR="00000000" w:rsidRPr="00000000">
              <w:rPr>
                <w:rtl w:val="0"/>
              </w:rPr>
              <w:br w:type="textWrapping"/>
              <w:t xml:space="preserve">Психологија</w:t>
            </w:r>
          </w:p>
          <w:p w:rsidR="00000000" w:rsidDel="00000000" w:rsidP="00000000" w:rsidRDefault="00000000" w:rsidRPr="00000000" w14:paraId="0000022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Страхиња Димитријевић, ванредни професор</w:t>
            </w:r>
          </w:p>
          <w:p w:rsidR="00000000" w:rsidDel="00000000" w:rsidP="00000000" w:rsidRDefault="00000000" w:rsidRPr="00000000" w14:paraId="0000023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31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15.30–16.15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енгл. језик V</w:t>
            </w:r>
          </w:p>
          <w:p w:rsidR="00000000" w:rsidDel="00000000" w:rsidP="00000000" w:rsidRDefault="00000000" w:rsidRPr="00000000" w14:paraId="0000023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Данијела Мајсторовић, редовни професор</w:t>
            </w:r>
          </w:p>
          <w:p w:rsidR="00000000" w:rsidDel="00000000" w:rsidP="00000000" w:rsidRDefault="00000000" w:rsidRPr="00000000" w14:paraId="0000023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34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11.00–12.30</w:t>
            </w:r>
            <w:r w:rsidDel="00000000" w:rsidR="00000000" w:rsidRPr="00000000">
              <w:rPr>
                <w:rtl w:val="0"/>
              </w:rPr>
              <w:t xml:space="preserve"> • група А+Б</w:t>
              <w:br w:type="textWrapping"/>
              <w:t xml:space="preserve">Шекспир</w:t>
            </w:r>
          </w:p>
          <w:p w:rsidR="00000000" w:rsidDel="00000000" w:rsidP="00000000" w:rsidRDefault="00000000" w:rsidRPr="00000000" w14:paraId="0000023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др Тијана Поповић, виши асистент</w:t>
            </w:r>
          </w:p>
          <w:p w:rsidR="00000000" w:rsidDel="00000000" w:rsidP="00000000" w:rsidRDefault="00000000" w:rsidRPr="00000000" w14:paraId="0000023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2</w:t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37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14.00–15.30</w:t>
            </w:r>
            <w:r w:rsidDel="00000000" w:rsidR="00000000" w:rsidRPr="00000000">
              <w:rPr>
                <w:rtl w:val="0"/>
              </w:rPr>
              <w:t xml:space="preserve"> • група А+Б</w:t>
              <w:br w:type="textWrapping"/>
              <w:t xml:space="preserve">Енглеска књижевност модернизма</w:t>
            </w:r>
          </w:p>
          <w:p w:rsidR="00000000" w:rsidDel="00000000" w:rsidP="00000000" w:rsidRDefault="00000000" w:rsidRPr="00000000" w14:paraId="0000023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мр Бранко Црногорац, наставник стр. језика и вјештина</w:t>
            </w:r>
          </w:p>
          <w:p w:rsidR="00000000" w:rsidDel="00000000" w:rsidP="00000000" w:rsidRDefault="00000000" w:rsidRPr="00000000" w14:paraId="0000023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3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3B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12.30–14.00</w:t>
            </w:r>
            <w:r w:rsidDel="00000000" w:rsidR="00000000" w:rsidRPr="00000000">
              <w:rPr>
                <w:rtl w:val="0"/>
              </w:rPr>
              <w:br w:type="textWrapping"/>
              <w:t xml:space="preserve">Енглеска књижевност модернизма</w:t>
            </w:r>
          </w:p>
          <w:p w:rsidR="00000000" w:rsidDel="00000000" w:rsidP="00000000" w:rsidRDefault="00000000" w:rsidRPr="00000000" w14:paraId="0000023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Петар Пенда, редовни професор</w:t>
            </w:r>
          </w:p>
          <w:p w:rsidR="00000000" w:rsidDel="00000000" w:rsidP="00000000" w:rsidRDefault="00000000" w:rsidRPr="00000000" w14:paraId="0000023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3E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16.15–17.45</w:t>
            </w:r>
          </w:p>
          <w:p w:rsidR="00000000" w:rsidDel="00000000" w:rsidP="00000000" w:rsidRDefault="00000000" w:rsidRPr="00000000" w14:paraId="0000023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Морфосинтакса енглеског језика II</w:t>
            </w:r>
          </w:p>
          <w:p w:rsidR="00000000" w:rsidDel="00000000" w:rsidP="00000000" w:rsidRDefault="00000000" w:rsidRPr="00000000" w14:paraId="0000024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Емир Мухић, ванредни професор</w:t>
            </w:r>
          </w:p>
          <w:p w:rsidR="00000000" w:rsidDel="00000000" w:rsidP="00000000" w:rsidRDefault="00000000" w:rsidRPr="00000000" w14:paraId="0000024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42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13.00–14.30</w:t>
            </w:r>
            <w:r w:rsidDel="00000000" w:rsidR="00000000" w:rsidRPr="00000000">
              <w:rPr>
                <w:rtl w:val="0"/>
              </w:rPr>
              <w:t xml:space="preserve"> • група А+Б</w:t>
              <w:br w:type="textWrapping"/>
              <w:t xml:space="preserve">Морфосинтакса енглеској језика II</w:t>
            </w:r>
          </w:p>
          <w:p w:rsidR="00000000" w:rsidDel="00000000" w:rsidP="00000000" w:rsidRDefault="00000000" w:rsidRPr="00000000" w14:paraId="0000024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Сњежана Лепир, ма, виши асистент</w:t>
            </w:r>
          </w:p>
          <w:p w:rsidR="00000000" w:rsidDel="00000000" w:rsidP="00000000" w:rsidRDefault="00000000" w:rsidRPr="00000000" w14:paraId="0000024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45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15.30–17.00</w:t>
            </w:r>
            <w:r w:rsidDel="00000000" w:rsidR="00000000" w:rsidRPr="00000000">
              <w:rPr>
                <w:rtl w:val="0"/>
              </w:rPr>
              <w:t xml:space="preserve"> • група А+Б</w:t>
              <w:br w:type="textWrapping"/>
              <w:t xml:space="preserve">Савремени енглески језик V</w:t>
            </w:r>
          </w:p>
          <w:p w:rsidR="00000000" w:rsidDel="00000000" w:rsidP="00000000" w:rsidRDefault="00000000" w:rsidRPr="00000000" w14:paraId="0000024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др Дејан Милиновић, доцент</w:t>
            </w:r>
          </w:p>
          <w:p w:rsidR="00000000" w:rsidDel="00000000" w:rsidP="00000000" w:rsidRDefault="00000000" w:rsidRPr="00000000" w14:paraId="0000024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4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49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14.00–15.30</w:t>
            </w:r>
            <w:r w:rsidDel="00000000" w:rsidR="00000000" w:rsidRPr="00000000">
              <w:rPr>
                <w:rtl w:val="0"/>
              </w:rPr>
              <w:br w:type="textWrapping"/>
              <w:t xml:space="preserve">Лексикологија</w:t>
            </w:r>
          </w:p>
          <w:p w:rsidR="00000000" w:rsidDel="00000000" w:rsidP="00000000" w:rsidRDefault="00000000" w:rsidRPr="00000000" w14:paraId="0000024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Жељка Бабић, редовни професор</w:t>
            </w:r>
          </w:p>
          <w:p w:rsidR="00000000" w:rsidDel="00000000" w:rsidP="00000000" w:rsidRDefault="00000000" w:rsidRPr="00000000" w14:paraId="0000024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4C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18.30–20.00</w:t>
            </w:r>
            <w:r w:rsidDel="00000000" w:rsidR="00000000" w:rsidRPr="00000000">
              <w:rPr>
                <w:rtl w:val="0"/>
              </w:rPr>
              <w:t xml:space="preserve"> • група А+Б</w:t>
              <w:br w:type="textWrapping"/>
              <w:t xml:space="preserve">Савремени енгл. језик V</w:t>
            </w:r>
          </w:p>
          <w:p w:rsidR="00000000" w:rsidDel="00000000" w:rsidP="00000000" w:rsidRDefault="00000000" w:rsidRPr="00000000" w14:paraId="0000024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др Данијела Мајсторовић, редовни професор</w:t>
            </w:r>
          </w:p>
          <w:p w:rsidR="00000000" w:rsidDel="00000000" w:rsidP="00000000" w:rsidRDefault="00000000" w:rsidRPr="00000000" w14:paraId="0000024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4F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14.30–16.00</w:t>
            </w:r>
            <w:r w:rsidDel="00000000" w:rsidR="00000000" w:rsidRPr="00000000">
              <w:rPr>
                <w:rtl w:val="0"/>
              </w:rPr>
              <w:t xml:space="preserve"> • • група А+Б</w:t>
              <w:br w:type="textWrapping"/>
              <w:t xml:space="preserve">Савремени енгл. језик V</w:t>
            </w:r>
          </w:p>
          <w:p w:rsidR="00000000" w:rsidDel="00000000" w:rsidP="00000000" w:rsidRDefault="00000000" w:rsidRPr="00000000" w14:paraId="0000025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др Јасна Јуришић Рољић, доцент</w:t>
            </w:r>
          </w:p>
          <w:p w:rsidR="00000000" w:rsidDel="00000000" w:rsidP="00000000" w:rsidRDefault="00000000" w:rsidRPr="00000000" w14:paraId="0000025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52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17.00–18.30</w:t>
            </w:r>
            <w:r w:rsidDel="00000000" w:rsidR="00000000" w:rsidRPr="00000000">
              <w:rPr>
                <w:rtl w:val="0"/>
              </w:rPr>
              <w:br w:type="textWrapping"/>
              <w:t xml:space="preserve">Семантика</w:t>
            </w:r>
          </w:p>
          <w:p w:rsidR="00000000" w:rsidDel="00000000" w:rsidP="00000000" w:rsidRDefault="00000000" w:rsidRPr="00000000" w14:paraId="0000025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Далибор Кесић, редовни професор</w:t>
            </w:r>
          </w:p>
          <w:p w:rsidR="00000000" w:rsidDel="00000000" w:rsidP="00000000" w:rsidRDefault="00000000" w:rsidRPr="00000000" w14:paraId="0000025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5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56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17.00–18.30</w:t>
            </w:r>
            <w:r w:rsidDel="00000000" w:rsidR="00000000" w:rsidRPr="00000000">
              <w:rPr>
                <w:rtl w:val="0"/>
              </w:rPr>
              <w:br w:type="textWrapping"/>
              <w:t xml:space="preserve">Лексикологија</w:t>
              <w:br w:type="textWrapping"/>
              <w:t xml:space="preserve">В – Жељка Бабић, редовни професор</w:t>
            </w:r>
          </w:p>
          <w:p w:rsidR="00000000" w:rsidDel="00000000" w:rsidP="00000000" w:rsidRDefault="00000000" w:rsidRPr="00000000" w14:paraId="0000025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Кабинет 7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5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5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5A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18.30–20.00</w:t>
            </w:r>
            <w:r w:rsidDel="00000000" w:rsidR="00000000" w:rsidRPr="00000000">
              <w:rPr>
                <w:rtl w:val="0"/>
              </w:rPr>
              <w:br w:type="textWrapping"/>
              <w:t xml:space="preserve">Семантика</w:t>
              <w:br w:type="textWrapping"/>
              <w:t xml:space="preserve">В – др Далибор Кесић, редовни професор</w:t>
            </w:r>
          </w:p>
          <w:p w:rsidR="00000000" w:rsidDel="00000000" w:rsidP="00000000" w:rsidRDefault="00000000" w:rsidRPr="00000000" w14:paraId="0000025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Кабинет 5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5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5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5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5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60">
      <w:pPr>
        <w:rPr>
          <w:i w:val="1"/>
          <w:iCs w:val="1"/>
          <w:color w:val="6b728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rPr>
          <w:sz w:val="16"/>
          <w:szCs w:val="16"/>
        </w:rPr>
      </w:pPr>
      <w:r w:rsidDel="00000000" w:rsidR="00000000" w:rsidRPr="00000000">
        <w:rPr>
          <w:i w:val="1"/>
          <w:iCs w:val="1"/>
          <w:color w:val="6b7280"/>
          <w:sz w:val="16"/>
          <w:szCs w:val="16"/>
          <w:rtl w:val="0"/>
        </w:rPr>
        <w:t xml:space="preserve">Напомена: Студенти су дужни да прате измјене распореда. Евентуални термини који недостају биће одређени у договору са предметним наставником.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rPr>
          <w:sz w:val="16"/>
          <w:szCs w:val="16"/>
        </w:rPr>
        <w:sectPr>
          <w:type w:val="nextPage"/>
          <w:pgSz w:h="12240" w:w="15840" w:orient="landscape"/>
          <w:pgMar w:bottom="567" w:top="567" w:left="567" w:right="567" w:header="720" w:footer="720"/>
        </w:sectPr>
      </w:pPr>
      <w:r w:rsidDel="00000000" w:rsidR="00000000" w:rsidRPr="00000000">
        <w:rPr>
          <w:i w:val="1"/>
          <w:iCs w:val="1"/>
          <w:color w:val="6b7280"/>
          <w:sz w:val="16"/>
          <w:szCs w:val="16"/>
          <w:rtl w:val="0"/>
        </w:rPr>
        <w:t xml:space="preserve">За часове вјежби код обавезних предмета, А+Б значи обје групе заједно, а А/Б или Б/А значи наизмјенично по групама, тим редом.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jc w:val="center"/>
        <w:rPr>
          <w:sz w:val="12"/>
          <w:szCs w:val="12"/>
        </w:rPr>
      </w:pPr>
      <w:r w:rsidDel="00000000" w:rsidR="00000000" w:rsidRPr="00000000">
        <w:rPr>
          <w:b w:val="1"/>
          <w:bCs w:val="1"/>
          <w:color w:val="1f4e78"/>
          <w:sz w:val="26"/>
          <w:szCs w:val="26"/>
          <w:rtl w:val="0"/>
        </w:rPr>
        <w:t xml:space="preserve">СТУДИЈСКИ ПРОГРАМ ЕНГЛЕСКИ ЈЕЗИК И КЊИЖЕВНОСТ — IV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spacing w:after="100" w:lineRule="auto"/>
        <w:jc w:val="center"/>
        <w:rPr/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Зимски семестар · академска 2026/2027. година</w:t>
      </w:r>
      <w:r w:rsidDel="00000000" w:rsidR="00000000" w:rsidRPr="00000000">
        <w:rPr>
          <w:rtl w:val="0"/>
        </w:rPr>
      </w:r>
    </w:p>
    <w:tbl>
      <w:tblPr>
        <w:tblStyle w:val="Table20"/>
        <w:tblW w:w="15200.0" w:type="dxa"/>
        <w:jc w:val="center"/>
        <w:tblLayout w:type="fixed"/>
        <w:tblLook w:val="0400"/>
      </w:tblPr>
      <w:tblGrid>
        <w:gridCol w:w="3040"/>
        <w:gridCol w:w="3040"/>
        <w:gridCol w:w="3040"/>
        <w:gridCol w:w="3040"/>
        <w:gridCol w:w="3040"/>
        <w:tblGridChange w:id="0">
          <w:tblGrid>
            <w:gridCol w:w="3040"/>
            <w:gridCol w:w="3040"/>
            <w:gridCol w:w="3040"/>
            <w:gridCol w:w="3040"/>
            <w:gridCol w:w="3040"/>
          </w:tblGrid>
        </w:tblGridChange>
      </w:tblGrid>
      <w:tr>
        <w:trPr>
          <w:cantSplit w:val="0"/>
          <w:tblHeader w:val="0"/>
        </w:trPr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26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26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26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26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26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6A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9.30–11.00</w:t>
            </w:r>
            <w:r w:rsidDel="00000000" w:rsidR="00000000" w:rsidRPr="00000000">
              <w:rPr>
                <w:rtl w:val="0"/>
              </w:rPr>
              <w:br w:type="textWrapping"/>
              <w:t xml:space="preserve">Социолингвистика</w:t>
            </w:r>
          </w:p>
          <w:p w:rsidR="00000000" w:rsidDel="00000000" w:rsidP="00000000" w:rsidRDefault="00000000" w:rsidRPr="00000000" w14:paraId="000002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Јелена Шајиновић-Новаковић, редовни професор</w:t>
            </w:r>
          </w:p>
          <w:p w:rsidR="00000000" w:rsidDel="00000000" w:rsidP="00000000" w:rsidRDefault="00000000" w:rsidRPr="00000000" w14:paraId="0000026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6D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14.00–15.30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енглески роман</w:t>
            </w:r>
          </w:p>
          <w:p w:rsidR="00000000" w:rsidDel="00000000" w:rsidP="00000000" w:rsidRDefault="00000000" w:rsidRPr="00000000" w14:paraId="0000026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Дијана Тица, редовни професор</w:t>
            </w:r>
          </w:p>
          <w:p w:rsidR="00000000" w:rsidDel="00000000" w:rsidP="00000000" w:rsidRDefault="00000000" w:rsidRPr="00000000" w14:paraId="0000026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70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11.00–12.30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Америчка култура</w:t>
            </w:r>
          </w:p>
          <w:p w:rsidR="00000000" w:rsidDel="00000000" w:rsidP="00000000" w:rsidRDefault="00000000" w:rsidRPr="00000000" w14:paraId="000002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Данијела Мајсторовић, редовни професор</w:t>
            </w:r>
          </w:p>
          <w:p w:rsidR="00000000" w:rsidDel="00000000" w:rsidP="00000000" w:rsidRDefault="00000000" w:rsidRPr="00000000" w14:paraId="0000027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 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74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12.30–14.00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Америчка култура</w:t>
              <w:br w:type="textWrapping"/>
              <w:t xml:space="preserve">В – др Данијела Мајсторовић, редовни професор</w:t>
            </w:r>
          </w:p>
          <w:p w:rsidR="00000000" w:rsidDel="00000000" w:rsidP="00000000" w:rsidRDefault="00000000" w:rsidRPr="00000000" w14:paraId="0000027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Кабинет 6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77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14.30–16.00</w:t>
            </w:r>
            <w:r w:rsidDel="00000000" w:rsidR="00000000" w:rsidRPr="00000000">
              <w:rPr>
                <w:rtl w:val="0"/>
              </w:rPr>
              <w:br w:type="textWrapping"/>
              <w:t xml:space="preserve">Фонологија енглеског језика</w:t>
              <w:br w:type="textWrapping"/>
              <w:t xml:space="preserve">В – др Емир Мухић, ванредни професор</w:t>
            </w:r>
          </w:p>
          <w:p w:rsidR="00000000" w:rsidDel="00000000" w:rsidP="00000000" w:rsidRDefault="00000000" w:rsidRPr="00000000" w14:paraId="0000027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Кабинет 6</w:t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79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14.00–15.30</w:t>
            </w:r>
            <w:r w:rsidDel="00000000" w:rsidR="00000000" w:rsidRPr="00000000">
              <w:rPr>
                <w:rtl w:val="0"/>
              </w:rPr>
              <w:br w:type="textWrapping"/>
              <w:t xml:space="preserve">Социолингвистика</w:t>
              <w:br w:type="textWrapping"/>
              <w:t xml:space="preserve">В – др Јелена Шајиновић-Новаковић, редовни професор</w:t>
            </w:r>
          </w:p>
          <w:p w:rsidR="00000000" w:rsidDel="00000000" w:rsidP="00000000" w:rsidRDefault="00000000" w:rsidRPr="00000000" w14:paraId="0000027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Кабинет 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7B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15.30–17.00</w:t>
            </w:r>
            <w:r w:rsidDel="00000000" w:rsidR="00000000" w:rsidRPr="00000000">
              <w:rPr>
                <w:rtl w:val="0"/>
              </w:rPr>
              <w:t xml:space="preserve"> • група А+Б</w:t>
              <w:br w:type="textWrapping"/>
              <w:t xml:space="preserve">Савремени енгл. језик VII</w:t>
            </w:r>
          </w:p>
          <w:p w:rsidR="00000000" w:rsidDel="00000000" w:rsidP="00000000" w:rsidRDefault="00000000" w:rsidRPr="00000000" w14:paraId="0000027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др Јасна Јуришић Рољић, доцент</w:t>
            </w:r>
          </w:p>
          <w:p w:rsidR="00000000" w:rsidDel="00000000" w:rsidP="00000000" w:rsidRDefault="00000000" w:rsidRPr="00000000" w14:paraId="0000027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7E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12.30–14.00</w:t>
            </w:r>
            <w:r w:rsidDel="00000000" w:rsidR="00000000" w:rsidRPr="00000000">
              <w:rPr>
                <w:rtl w:val="0"/>
              </w:rPr>
              <w:br w:type="textWrapping"/>
              <w:t xml:space="preserve">Синтакса енглеског језика II</w:t>
            </w:r>
          </w:p>
          <w:p w:rsidR="00000000" w:rsidDel="00000000" w:rsidP="00000000" w:rsidRDefault="00000000" w:rsidRPr="00000000" w14:paraId="0000027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Татјана Марјановић, редовни професор</w:t>
            </w:r>
          </w:p>
          <w:p w:rsidR="00000000" w:rsidDel="00000000" w:rsidP="00000000" w:rsidRDefault="00000000" w:rsidRPr="00000000" w14:paraId="0000028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81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14.00–15.30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енглески роман</w:t>
            </w:r>
          </w:p>
          <w:p w:rsidR="00000000" w:rsidDel="00000000" w:rsidP="00000000" w:rsidRDefault="00000000" w:rsidRPr="00000000" w14:paraId="0000028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В – др Дијана Тица, редовни професор</w:t>
            </w:r>
          </w:p>
          <w:p w:rsidR="00000000" w:rsidDel="00000000" w:rsidP="00000000" w:rsidRDefault="00000000" w:rsidRPr="00000000" w14:paraId="0000028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84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16.00–17.30</w:t>
            </w:r>
            <w:r w:rsidDel="00000000" w:rsidR="00000000" w:rsidRPr="00000000">
              <w:rPr>
                <w:rtl w:val="0"/>
              </w:rPr>
              <w:t xml:space="preserve"> • група А+Б</w:t>
              <w:br w:type="textWrapping"/>
              <w:t xml:space="preserve">Савремени енглески језик VII</w:t>
            </w:r>
          </w:p>
          <w:p w:rsidR="00000000" w:rsidDel="00000000" w:rsidP="00000000" w:rsidRDefault="00000000" w:rsidRPr="00000000" w14:paraId="0000028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др Емир Мухић, ванредни професор</w:t>
            </w:r>
          </w:p>
          <w:p w:rsidR="00000000" w:rsidDel="00000000" w:rsidP="00000000" w:rsidRDefault="00000000" w:rsidRPr="00000000" w14:paraId="0000028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8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88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17.00–18.30</w:t>
            </w:r>
            <w:r w:rsidDel="00000000" w:rsidR="00000000" w:rsidRPr="00000000">
              <w:rPr>
                <w:rtl w:val="0"/>
              </w:rPr>
              <w:t xml:space="preserve"> </w:t>
              <w:br w:type="textWrapping"/>
              <w:t xml:space="preserve">Методика II</w:t>
            </w:r>
          </w:p>
          <w:p w:rsidR="00000000" w:rsidDel="00000000" w:rsidP="00000000" w:rsidRDefault="00000000" w:rsidRPr="00000000" w14:paraId="0000028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Сања Јосифовић-Елезовић, редовни професор</w:t>
            </w:r>
          </w:p>
          <w:p w:rsidR="00000000" w:rsidDel="00000000" w:rsidP="00000000" w:rsidRDefault="00000000" w:rsidRPr="00000000" w14:paraId="0000028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8B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15.30–17.00</w:t>
            </w:r>
            <w:r w:rsidDel="00000000" w:rsidR="00000000" w:rsidRPr="00000000">
              <w:rPr>
                <w:rtl w:val="0"/>
              </w:rPr>
              <w:t xml:space="preserve"> • група А+Б</w:t>
              <w:br w:type="textWrapping"/>
              <w:t xml:space="preserve">Методика II </w:t>
            </w:r>
          </w:p>
          <w:p w:rsidR="00000000" w:rsidDel="00000000" w:rsidP="00000000" w:rsidRDefault="00000000" w:rsidRPr="00000000" w14:paraId="0000028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др Светлана Митић, доцент</w:t>
            </w:r>
          </w:p>
          <w:p w:rsidR="00000000" w:rsidDel="00000000" w:rsidP="00000000" w:rsidRDefault="00000000" w:rsidRPr="00000000" w14:paraId="0000028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8E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15.30–17.00</w:t>
            </w:r>
            <w:r w:rsidDel="00000000" w:rsidR="00000000" w:rsidRPr="00000000">
              <w:rPr>
                <w:rtl w:val="0"/>
              </w:rPr>
              <w:t xml:space="preserve"> • група А+Б</w:t>
              <w:br w:type="textWrapping"/>
              <w:t xml:space="preserve">Синтакса енглеског језика II </w:t>
            </w:r>
          </w:p>
          <w:p w:rsidR="00000000" w:rsidDel="00000000" w:rsidP="00000000" w:rsidRDefault="00000000" w:rsidRPr="00000000" w14:paraId="0000028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др Татјана Марјановић, редовни професор</w:t>
            </w:r>
          </w:p>
          <w:p w:rsidR="00000000" w:rsidDel="00000000" w:rsidP="00000000" w:rsidRDefault="00000000" w:rsidRPr="00000000" w14:paraId="0000029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91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17.30–19.00</w:t>
            </w:r>
            <w:r w:rsidDel="00000000" w:rsidR="00000000" w:rsidRPr="00000000">
              <w:rPr>
                <w:rtl w:val="0"/>
              </w:rPr>
              <w:br w:type="textWrapping"/>
              <w:t xml:space="preserve">Фонологија енглеског језика</w:t>
              <w:br w:type="textWrapping"/>
              <w:t xml:space="preserve">П – др Емир Мухић, ванредни професор</w:t>
            </w:r>
          </w:p>
          <w:p w:rsidR="00000000" w:rsidDel="00000000" w:rsidP="00000000" w:rsidRDefault="00000000" w:rsidRPr="00000000" w14:paraId="0000029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9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94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18.30–19.15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енгл. језик VII</w:t>
            </w:r>
          </w:p>
          <w:p w:rsidR="00000000" w:rsidDel="00000000" w:rsidP="00000000" w:rsidRDefault="00000000" w:rsidRPr="00000000" w14:paraId="0000029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Сања Јосифовић-Елезовић, редовни професор</w:t>
            </w:r>
          </w:p>
          <w:p w:rsidR="00000000" w:rsidDel="00000000" w:rsidP="00000000" w:rsidRDefault="00000000" w:rsidRPr="00000000" w14:paraId="0000029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Кабинет 5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9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98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17.00–18.30</w:t>
            </w:r>
            <w:r w:rsidDel="00000000" w:rsidR="00000000" w:rsidRPr="00000000">
              <w:rPr>
                <w:rtl w:val="0"/>
              </w:rPr>
              <w:t xml:space="preserve"> • група А+Б</w:t>
              <w:br w:type="textWrapping"/>
              <w:t xml:space="preserve">Савремени енгл. језик VII</w:t>
            </w:r>
          </w:p>
          <w:p w:rsidR="00000000" w:rsidDel="00000000" w:rsidP="00000000" w:rsidRDefault="00000000" w:rsidRPr="00000000" w14:paraId="0000029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Милица Јошић-Милиновић, ма, наставник стр. језика и вјештина</w:t>
            </w:r>
          </w:p>
          <w:p w:rsidR="00000000" w:rsidDel="00000000" w:rsidP="00000000" w:rsidRDefault="00000000" w:rsidRPr="00000000" w14:paraId="0000029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29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9C">
      <w:pPr>
        <w:rPr>
          <w:i w:val="1"/>
          <w:iCs w:val="1"/>
          <w:color w:val="6b728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D">
      <w:pPr>
        <w:rPr>
          <w:sz w:val="16"/>
          <w:szCs w:val="16"/>
        </w:rPr>
      </w:pPr>
      <w:r w:rsidDel="00000000" w:rsidR="00000000" w:rsidRPr="00000000">
        <w:rPr>
          <w:i w:val="1"/>
          <w:iCs w:val="1"/>
          <w:color w:val="6b7280"/>
          <w:sz w:val="16"/>
          <w:szCs w:val="16"/>
          <w:rtl w:val="0"/>
        </w:rPr>
        <w:t xml:space="preserve">Напомена: Студенти су дужни да прате измјене распореда. Евентуални термини који недостају биће одређени у договору са предметним наставником.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E">
      <w:pPr>
        <w:rPr>
          <w:sz w:val="16"/>
          <w:szCs w:val="16"/>
        </w:rPr>
      </w:pPr>
      <w:r w:rsidDel="00000000" w:rsidR="00000000" w:rsidRPr="00000000">
        <w:rPr>
          <w:i w:val="1"/>
          <w:iCs w:val="1"/>
          <w:color w:val="6b7280"/>
          <w:sz w:val="16"/>
          <w:szCs w:val="16"/>
          <w:rtl w:val="0"/>
        </w:rPr>
        <w:t xml:space="preserve">За часове вјежби код обавезних предмета, А+Б значи обје групе заједно, а А/Б или Б/А значи наизмјенично по групама, тим редом.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F">
      <w:pPr>
        <w:rPr>
          <w:b w:val="1"/>
          <w:bCs w:val="1"/>
          <w:color w:val="1f4e79"/>
          <w:sz w:val="26"/>
          <w:szCs w:val="26"/>
        </w:rPr>
        <w:sectPr>
          <w:type w:val="nextPage"/>
          <w:pgSz w:h="12240" w:w="15840" w:orient="landscape"/>
          <w:pgMar w:bottom="567" w:top="567" w:left="567" w:right="567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0">
      <w:pPr>
        <w:rPr>
          <w:b w:val="1"/>
          <w:bCs w:val="1"/>
          <w:color w:val="1f4e79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1">
      <w:pPr>
        <w:jc w:val="left"/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СТУДИЈСКИ ПРОГРАМ РОМАНИСТИКЕ — I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2">
      <w:pPr>
        <w:spacing w:after="100" w:lineRule="auto"/>
        <w:rPr/>
      </w:pPr>
      <w:r w:rsidDel="00000000" w:rsidR="00000000" w:rsidRPr="00000000">
        <w:rPr>
          <w:color w:val="5f5f5f"/>
          <w:sz w:val="17"/>
          <w:szCs w:val="17"/>
          <w:rtl w:val="0"/>
        </w:rPr>
        <w:t xml:space="preserve">Распоред часова у I семестру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21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A3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A4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A5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A6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A7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A8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Није 1. година</w:t>
            </w: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11:30–13:00</w:t>
              <w:br w:type="textWrapping"/>
              <w:t xml:space="preserve">Савремени француски језик 5</w:t>
              <w:br w:type="textWrapping"/>
              <w:t xml:space="preserve">вјежбе — Весна Марчета, ма</w:t>
              <w:br w:type="textWrapping"/>
              <w:t xml:space="preserve">Учионица 1</w:t>
              <w:br w:type="textWrapping"/>
              <w:t xml:space="preserve">15:00–17:15</w:t>
              <w:br w:type="textWrapping"/>
              <w:t xml:space="preserve">Савремени француски језик 1</w:t>
              <w:br w:type="textWrapping"/>
              <w:t xml:space="preserve">вјежбе — Николина Ољача, ма</w:t>
              <w:br w:type="textWrapping"/>
              <w:t xml:space="preserve">Учионица 1</w:t>
              <w:br w:type="textWrapping"/>
              <w:t xml:space="preserve">17:30–19:45</w:t>
              <w:br w:type="textWrapping"/>
              <w:t xml:space="preserve">Савремени италијански језик 1</w:t>
              <w:br w:type="textWrapping"/>
              <w:t xml:space="preserve">вјежбе — Росела Монтибелер, ма</w:t>
              <w:br w:type="textWrapping"/>
              <w:t xml:space="preserve">Учионица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A9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09:00–10:30</w:t>
              <w:br w:type="textWrapping"/>
              <w:t xml:space="preserve">Савремени италијански језик 1</w:t>
              <w:br w:type="textWrapping"/>
              <w:t xml:space="preserve">предавања — доц. др Наташа Вученовић Гњато</w:t>
              <w:br w:type="textWrapping"/>
              <w:t xml:space="preserve">Учионица 1</w:t>
              <w:br w:type="textWrapping"/>
            </w: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Није 1. година</w:t>
            </w: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12:00–13:30</w:t>
              <w:br w:type="textWrapping"/>
              <w:t xml:space="preserve">Романска лингвистика 1</w:t>
              <w:br w:type="textWrapping"/>
              <w:t xml:space="preserve">предавања — </w:t>
            </w: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проф.</w:t>
            </w: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 др Марија Рунић</w:t>
              <w:br w:type="textWrapping"/>
              <w:t xml:space="preserve">Учионица 1</w:t>
              <w:br w:type="textWrapping"/>
            </w: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Није 1. година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AA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10:30–12:00</w:t>
              <w:br w:type="textWrapping"/>
              <w:t xml:space="preserve">Италијанска култура 1</w:t>
              <w:br w:type="textWrapping"/>
              <w:t xml:space="preserve">предавања — проф. др Зорана Ковачевић</w:t>
              <w:br w:type="textWrapping"/>
              <w:t xml:space="preserve">Учионица 1</w:t>
              <w:br w:type="textWrapping"/>
              <w:t xml:space="preserve">12:00–13:30</w:t>
              <w:br w:type="textWrapping"/>
              <w:t xml:space="preserve">Савремени француски језик 1</w:t>
              <w:br w:type="textWrapping"/>
              <w:t xml:space="preserve">предавања — проф. др Јовица Микић</w:t>
              <w:br w:type="textWrapping"/>
              <w:t xml:space="preserve">Учионица 1</w:t>
              <w:br w:type="textWrapping"/>
              <w:t xml:space="preserve">14:00–15:30</w:t>
              <w:br w:type="textWrapping"/>
              <w:t xml:space="preserve">Италијанска култура 1</w:t>
              <w:br w:type="textWrapping"/>
              <w:t xml:space="preserve">вјежбе — доц. др Дејан Малчић</w:t>
              <w:br w:type="textWrapping"/>
              <w:t xml:space="preserve">Учионица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AB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12:30–14:00</w:t>
              <w:br w:type="textWrapping"/>
              <w:t xml:space="preserve">Савремени француски језик 1</w:t>
              <w:br w:type="textWrapping"/>
              <w:t xml:space="preserve">вјежбе — Милица Црнобрња, ма</w:t>
              <w:br w:type="textWrapping"/>
              <w:t xml:space="preserve">Учионица 1</w:t>
              <w:br w:type="textWrapping"/>
              <w:t xml:space="preserve">14:00–14:45</w:t>
              <w:br w:type="textWrapping"/>
              <w:t xml:space="preserve">Француска књижевност 1</w:t>
              <w:br w:type="textWrapping"/>
              <w:t xml:space="preserve">вјежбе — Милица Црнобрња, ма</w:t>
              <w:br w:type="textWrapping"/>
              <w:t xml:space="preserve">Учионица 1</w:t>
              <w:br w:type="textWrapping"/>
              <w:t xml:space="preserve">14:45–16:15</w:t>
              <w:br w:type="textWrapping"/>
              <w:t xml:space="preserve">Увод у теорију књижевности</w:t>
              <w:br w:type="textWrapping"/>
              <w:t xml:space="preserve">предавања — доц. др Андреја Марић</w:t>
              <w:br w:type="textWrapping"/>
              <w:t xml:space="preserve">Учионица 1</w:t>
              <w:br w:type="textWrapping"/>
              <w:t xml:space="preserve">18:15–19:45</w:t>
              <w:br w:type="textWrapping"/>
              <w:t xml:space="preserve">Савремени италијански језик 1</w:t>
              <w:br w:type="textWrapping"/>
              <w:t xml:space="preserve">вјежбе — Росела Монтибелер, ма</w:t>
              <w:br w:type="textWrapping"/>
              <w:t xml:space="preserve">Учионица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AC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AD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E">
      <w:pPr>
        <w:jc w:val="left"/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СТУДИЈСКИ ПРОГРАМ РОМАНИСТИКЕ — II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F">
      <w:pPr>
        <w:spacing w:after="100" w:lineRule="auto"/>
        <w:rPr/>
      </w:pPr>
      <w:r w:rsidDel="00000000" w:rsidR="00000000" w:rsidRPr="00000000">
        <w:rPr>
          <w:color w:val="5f5f5f"/>
          <w:sz w:val="17"/>
          <w:szCs w:val="17"/>
          <w:rtl w:val="0"/>
        </w:rPr>
        <w:t xml:space="preserve">Распоред часова у I семестру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22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B0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B1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B2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B3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B4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B5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09:45–11:30</w:t>
              <w:br w:type="textWrapping"/>
              <w:t xml:space="preserve">Психологија</w:t>
              <w:br w:type="textWrapping"/>
              <w:t xml:space="preserve">предавања — проф. др Страхиња Димитријевић</w:t>
              <w:br w:type="textWrapping"/>
              <w:t xml:space="preserve">Учионица 1</w:t>
              <w:br w:type="textWrapping"/>
            </w: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Није 2. Година </w:t>
            </w: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11:30–13:00</w:t>
              <w:br w:type="textWrapping"/>
              <w:t xml:space="preserve">Увод у италијанску књижевност 1</w:t>
              <w:br w:type="textWrapping"/>
              <w:t xml:space="preserve">предавања — доц. др Сања Кобиљ Ћуић</w:t>
              <w:br w:type="textWrapping"/>
              <w:t xml:space="preserve">Учионица 3</w:t>
              <w:br w:type="textWrapping"/>
            </w: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Није 2. година</w:t>
            </w: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14:30–16:00</w:t>
              <w:br w:type="textWrapping"/>
              <w:t xml:space="preserve">Романска лингвистика 3</w:t>
              <w:br w:type="textWrapping"/>
              <w:t xml:space="preserve">предавања — доц. др Марија Рунић</w:t>
              <w:br w:type="textWrapping"/>
              <w:t xml:space="preserve">Учионица 3</w:t>
              <w:br w:type="textWrapping"/>
              <w:t xml:space="preserve">16:00–17:30</w:t>
              <w:br w:type="textWrapping"/>
              <w:t xml:space="preserve">Савремени италијански језик 3</w:t>
              <w:br w:type="textWrapping"/>
              <w:t xml:space="preserve">вјежбе — Росела Монтибелер, ма</w:t>
              <w:br w:type="textWrapping"/>
              <w:t xml:space="preserve">Учионица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B6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10:30–12:00</w:t>
              <w:br w:type="textWrapping"/>
              <w:t xml:space="preserve">Француска књижевност 3</w:t>
              <w:br w:type="textWrapping"/>
              <w:t xml:space="preserve">предавања — проф. др Радана Лукајић</w:t>
              <w:br w:type="textWrapping"/>
              <w:t xml:space="preserve">Учионица 1</w:t>
              <w:br w:type="textWrapping"/>
            </w: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Није 2. година</w:t>
            </w: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13:30–15:45</w:t>
              <w:br w:type="textWrapping"/>
              <w:t xml:space="preserve">Савремени француски језик 3</w:t>
              <w:br w:type="textWrapping"/>
              <w:t xml:space="preserve">вјежбе — Весна Марчета, ма</w:t>
              <w:br w:type="textWrapping"/>
              <w:t xml:space="preserve">Кабинет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B7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14:00–15:30</w:t>
              <w:br w:type="textWrapping"/>
              <w:t xml:space="preserve">Савремени француски језик 3</w:t>
              <w:br w:type="textWrapping"/>
              <w:t xml:space="preserve">предавања — проф. др Јовица Микић</w:t>
              <w:br w:type="textWrapping"/>
              <w:t xml:space="preserve">Учионица 1</w:t>
              <w:br w:type="textWrapping"/>
              <w:t xml:space="preserve">15:30–17:00</w:t>
              <w:br w:type="textWrapping"/>
              <w:t xml:space="preserve">Савремени италијански језик 3</w:t>
              <w:br w:type="textWrapping"/>
              <w:t xml:space="preserve">предавања — доц. др Дејан Малчић</w:t>
              <w:br w:type="textWrapping"/>
              <w:t xml:space="preserve">Учионица 3</w:t>
              <w:br w:type="textWrapping"/>
              <w:t xml:space="preserve">17:15–18:45</w:t>
              <w:br w:type="textWrapping"/>
              <w:t xml:space="preserve">Савремени француски језик 3</w:t>
              <w:br w:type="textWrapping"/>
              <w:t xml:space="preserve">вјежбе — Николина Ољача, ма</w:t>
              <w:br w:type="textWrapping"/>
              <w:t xml:space="preserve">Кабинет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B8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11:00–12:30</w:t>
              <w:br w:type="textWrapping"/>
              <w:t xml:space="preserve">Увод у италијанску књижевност 1</w:t>
              <w:br w:type="textWrapping"/>
              <w:t xml:space="preserve">вјежбе — доц. др Сања Кобиљ Ћуић</w:t>
              <w:br w:type="textWrapping"/>
              <w:t xml:space="preserve">Учионица 1</w:t>
              <w:br w:type="textWrapping"/>
              <w:t xml:space="preserve">12:30–14:00</w:t>
              <w:br w:type="textWrapping"/>
              <w:t xml:space="preserve">Савремени француски језик 3</w:t>
              <w:br w:type="textWrapping"/>
              <w:t xml:space="preserve">вјежбе — Весна Марчета, ма</w:t>
              <w:br w:type="textWrapping"/>
              <w:t xml:space="preserve">Кабинет 2</w:t>
              <w:br w:type="textWrapping"/>
              <w:t xml:space="preserve">15:00–15:45</w:t>
              <w:br w:type="textWrapping"/>
              <w:t xml:space="preserve">Француска књижевност 3</w:t>
              <w:br w:type="textWrapping"/>
              <w:t xml:space="preserve">вјежбе — Милица Црнобрња, ма</w:t>
              <w:br w:type="textWrapping"/>
              <w:t xml:space="preserve">Учионица 3</w:t>
              <w:br w:type="textWrapping"/>
              <w:t xml:space="preserve">16:00–18:15</w:t>
              <w:br w:type="textWrapping"/>
              <w:t xml:space="preserve">Савремени италијански језик 3</w:t>
              <w:br w:type="textWrapping"/>
              <w:t xml:space="preserve">вјежбе — Росела Монтибелер, ма</w:t>
              <w:br w:type="textWrapping"/>
              <w:t xml:space="preserve">Учионица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B9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B">
      <w:pPr>
        <w:jc w:val="left"/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СТУДИЈСКИ ПРОГРАМ РОМАНИСТИКЕ — III – ИТ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C">
      <w:pPr>
        <w:spacing w:after="100" w:lineRule="auto"/>
        <w:rPr/>
      </w:pPr>
      <w:r w:rsidDel="00000000" w:rsidR="00000000" w:rsidRPr="00000000">
        <w:rPr>
          <w:color w:val="5f5f5f"/>
          <w:sz w:val="17"/>
          <w:szCs w:val="17"/>
          <w:rtl w:val="0"/>
        </w:rPr>
        <w:t xml:space="preserve">Распоред часова у I семестру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23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BD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BE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BF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C0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C1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C2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10:00–11:30</w:t>
              <w:br w:type="textWrapping"/>
              <w:t xml:space="preserve">Савремени италијански језик 5</w:t>
              <w:br w:type="textWrapping"/>
              <w:t xml:space="preserve">предавања — доц. др Мариа Форнари</w:t>
              <w:br w:type="textWrapping"/>
              <w:t xml:space="preserve">Учионица 3</w:t>
              <w:br w:type="textWrapping"/>
              <w:t xml:space="preserve">11:30–13:00</w:t>
              <w:br w:type="textWrapping"/>
              <w:t xml:space="preserve">Савремени француски језик 5</w:t>
              <w:br w:type="textWrapping"/>
              <w:t xml:space="preserve">вјежбе — Весна Марчета, ма</w:t>
              <w:br w:type="textWrapping"/>
              <w:t xml:space="preserve">Учионица 1</w:t>
              <w:br w:type="textWrapping"/>
              <w:t xml:space="preserve">13:00–14:30</w:t>
              <w:br w:type="textWrapping"/>
              <w:t xml:space="preserve">Историја италијанског језика 1</w:t>
              <w:br w:type="textWrapping"/>
              <w:t xml:space="preserve">предавања — проф. др Марија Рунић</w:t>
              <w:br w:type="textWrapping"/>
              <w:t xml:space="preserve">Учионица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C3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09:00–10:30</w:t>
              <w:br w:type="textWrapping"/>
              <w:t xml:space="preserve">Италијанска књижевна географија</w:t>
              <w:br w:type="textWrapping"/>
              <w:t xml:space="preserve">предавања — проф. др Зорана Ковачевић</w:t>
              <w:br w:type="textWrapping"/>
              <w:t xml:space="preserve">Кабинет 4</w:t>
              <w:br w:type="textWrapping"/>
              <w:t xml:space="preserve">12:00–13:30</w:t>
              <w:br w:type="textWrapping"/>
              <w:t xml:space="preserve">Савремени италијански језик 5</w:t>
              <w:br w:type="textWrapping"/>
              <w:t xml:space="preserve">вјежбе — доц. др Мариа Форнари</w:t>
              <w:br w:type="textWrapping"/>
              <w:t xml:space="preserve">Кабинет 2</w:t>
              <w:br w:type="textWrapping"/>
              <w:t xml:space="preserve">14:30–16:00</w:t>
              <w:br w:type="textWrapping"/>
              <w:t xml:space="preserve">Историја италијанских медија и перформативне умјетности</w:t>
              <w:br w:type="textWrapping"/>
              <w:t xml:space="preserve">предавања — проф. др Стефано Адамо</w:t>
              <w:br w:type="textWrapping"/>
              <w:t xml:space="preserve">Учионица 3</w:t>
              <w:br w:type="textWrapping"/>
              <w:t xml:space="preserve">16:15–17:45</w:t>
              <w:br w:type="textWrapping"/>
              <w:t xml:space="preserve">Превођење 1</w:t>
              <w:br w:type="textWrapping"/>
              <w:t xml:space="preserve">предавања — доц. др Ања Правуљац</w:t>
              <w:br w:type="textWrapping"/>
              <w:t xml:space="preserve">Учионица 1</w:t>
              <w:br w:type="textWrapping"/>
              <w:t xml:space="preserve">17:45–18:30</w:t>
              <w:br w:type="textWrapping"/>
              <w:t xml:space="preserve">Превођење 1</w:t>
              <w:br w:type="textWrapping"/>
              <w:t xml:space="preserve">вјежбе — доц. др Ања Правуљац</w:t>
              <w:br w:type="textWrapping"/>
              <w:t xml:space="preserve">Учионица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C4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09:00–12:00</w:t>
              <w:br w:type="textWrapping"/>
              <w:t xml:space="preserve">Италијанска средњовјековна и модерна књижевност</w:t>
              <w:br w:type="textWrapping"/>
              <w:t xml:space="preserve">предавања и вјежбе — проф. др Роберто Руси</w:t>
              <w:br w:type="textWrapping"/>
              <w:t xml:space="preserve">Учионица 3</w:t>
              <w:br w:type="textWrapping"/>
              <w:t xml:space="preserve">12:30–14:00</w:t>
              <w:br w:type="textWrapping"/>
              <w:t xml:space="preserve">Савремени италијански језик 5</w:t>
              <w:br w:type="textWrapping"/>
              <w:t xml:space="preserve">вјежбе — доц. др Мариа Форнари</w:t>
              <w:br w:type="textWrapping"/>
              <w:t xml:space="preserve">Учионица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C5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10:00–11:30</w:t>
              <w:br w:type="textWrapping"/>
              <w:t xml:space="preserve">Савремени италијански језик 5</w:t>
              <w:br w:type="textWrapping"/>
              <w:t xml:space="preserve">вјежбе — доц. др Мариа Форнари</w:t>
              <w:br w:type="textWrapping"/>
              <w:t xml:space="preserve">Учионица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C6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C7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8">
      <w:pPr>
        <w:jc w:val="left"/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СТУДИЈСКИ ПРОГРАМ РОМАНИСТИКЕ — III – ФР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9">
      <w:pPr>
        <w:spacing w:after="100" w:lineRule="auto"/>
        <w:rPr/>
      </w:pPr>
      <w:r w:rsidDel="00000000" w:rsidR="00000000" w:rsidRPr="00000000">
        <w:rPr>
          <w:color w:val="5f5f5f"/>
          <w:sz w:val="17"/>
          <w:szCs w:val="17"/>
          <w:rtl w:val="0"/>
        </w:rPr>
        <w:t xml:space="preserve">Распоред часова у I семестру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24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CA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CB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CC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CD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CE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CF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10:00–11:30</w:t>
              <w:br w:type="textWrapping"/>
              <w:t xml:space="preserve">Савремени италијански језик 5</w:t>
              <w:br w:type="textWrapping"/>
              <w:t xml:space="preserve">предавања — доц. др Мариа Форнари</w:t>
              <w:br w:type="textWrapping"/>
              <w:t xml:space="preserve">Учионица 3</w:t>
              <w:br w:type="textWrapping"/>
              <w:t xml:space="preserve">11:30–13:00</w:t>
              <w:br w:type="textWrapping"/>
              <w:t xml:space="preserve">Савремени француски језик 5</w:t>
              <w:br w:type="textWrapping"/>
              <w:t xml:space="preserve">вјежбе — Весна Марчета, ма</w:t>
              <w:br w:type="textWrapping"/>
              <w:t xml:space="preserve">Учионица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D0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10:00–11:30</w:t>
              <w:br w:type="textWrapping"/>
              <w:t xml:space="preserve">Латински језик 1</w:t>
              <w:br w:type="textWrapping"/>
              <w:t xml:space="preserve">предавања — проф. др Сања Љубишић</w:t>
              <w:br w:type="textWrapping"/>
              <w:t xml:space="preserve">Кабинет 2</w:t>
              <w:br w:type="textWrapping"/>
              <w:t xml:space="preserve">12:00–13:30</w:t>
              <w:br w:type="textWrapping"/>
              <w:t xml:space="preserve">Савремени италијански језик 5</w:t>
              <w:br w:type="textWrapping"/>
              <w:t xml:space="preserve">вјежбе — доц. др Мариа Форнари</w:t>
              <w:br w:type="textWrapping"/>
              <w:t xml:space="preserve">Кабинет 2</w:t>
              <w:br w:type="textWrapping"/>
              <w:t xml:space="preserve">13:30–15:00</w:t>
              <w:br w:type="textWrapping"/>
              <w:t xml:space="preserve">Фонетика</w:t>
              <w:br w:type="textWrapping"/>
              <w:t xml:space="preserve">предавања — проф. др Јовица Микић</w:t>
              <w:br w:type="textWrapping"/>
              <w:t xml:space="preserve">Кабинет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D1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10:30–12:00</w:t>
              <w:br w:type="textWrapping"/>
              <w:t xml:space="preserve">Франсоа Рабле и средњовјековна култура</w:t>
              <w:br w:type="textWrapping"/>
              <w:t xml:space="preserve">предавања — проф. др Радана Лукајић</w:t>
              <w:br w:type="textWrapping"/>
              <w:t xml:space="preserve">Кабинет 2</w:t>
              <w:br w:type="textWrapping"/>
              <w:t xml:space="preserve">12:00–13:30</w:t>
              <w:br w:type="textWrapping"/>
              <w:t xml:space="preserve">Превођење 1</w:t>
              <w:br w:type="textWrapping"/>
              <w:t xml:space="preserve">предавања — проф. др Радана Лукајић</w:t>
              <w:br w:type="textWrapping"/>
              <w:t xml:space="preserve">Кабинет 2</w:t>
              <w:br w:type="textWrapping"/>
              <w:t xml:space="preserve">13:30–14:15</w:t>
              <w:br w:type="textWrapping"/>
              <w:t xml:space="preserve">Превођење 1</w:t>
              <w:br w:type="textWrapping"/>
              <w:t xml:space="preserve">вјежбе — Николина Ољача, ма</w:t>
              <w:br w:type="textWrapping"/>
              <w:t xml:space="preserve">Кабинет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D2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09:00–10:30</w:t>
              <w:br w:type="textWrapping"/>
              <w:t xml:space="preserve">Савремени француски језик 5</w:t>
              <w:br w:type="textWrapping"/>
              <w:t xml:space="preserve">вјежбе — Весна Марчета, ма</w:t>
              <w:br w:type="textWrapping"/>
              <w:t xml:space="preserve">Кабинет 2</w:t>
              <w:br w:type="textWrapping"/>
              <w:t xml:space="preserve">10:30–12:00</w:t>
              <w:br w:type="textWrapping"/>
              <w:t xml:space="preserve">Савремени француски језик 5</w:t>
              <w:br w:type="textWrapping"/>
              <w:t xml:space="preserve">вјежбе — Весна Марчета, ма</w:t>
              <w:br w:type="textWrapping"/>
              <w:t xml:space="preserve">Кабинет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D3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D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5">
      <w:pPr>
        <w:jc w:val="left"/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СТУДИЈСКИ ПРОГРАМ РОМАНИСТИКЕ — IV – ИТ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6">
      <w:pPr>
        <w:spacing w:after="100" w:lineRule="auto"/>
        <w:rPr/>
      </w:pPr>
      <w:r w:rsidDel="00000000" w:rsidR="00000000" w:rsidRPr="00000000">
        <w:rPr>
          <w:color w:val="5f5f5f"/>
          <w:sz w:val="17"/>
          <w:szCs w:val="17"/>
          <w:rtl w:val="0"/>
        </w:rPr>
        <w:t xml:space="preserve">Распоред часова у I семестру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25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D7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D8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D9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DA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DB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DC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11:30–13:00</w:t>
              <w:br w:type="textWrapping"/>
              <w:t xml:space="preserve">Савремени италијански језик 7</w:t>
              <w:br w:type="textWrapping"/>
              <w:t xml:space="preserve">предавања — доц. др Мариа Форнари</w:t>
              <w:br w:type="textWrapping"/>
              <w:t xml:space="preserve">Кабинет 4</w:t>
              <w:br w:type="textWrapping"/>
              <w:t xml:space="preserve">13:00–14:30</w:t>
              <w:br w:type="textWrapping"/>
              <w:t xml:space="preserve">Италијанска женска књижевност</w:t>
              <w:br w:type="textWrapping"/>
              <w:t xml:space="preserve">предавања — доц. др Сања Кобиљ Ћуић</w:t>
              <w:br w:type="textWrapping"/>
              <w:t xml:space="preserve">Кабинет 4</w:t>
              <w:br w:type="textWrapping"/>
              <w:t xml:space="preserve">14:30–16:00</w:t>
              <w:br w:type="textWrapping"/>
              <w:t xml:space="preserve">Савремени италијански језик 7</w:t>
              <w:br w:type="textWrapping"/>
              <w:t xml:space="preserve">вјежбе — проф. др Стефано Адамо</w:t>
              <w:br w:type="textWrapping"/>
              <w:t xml:space="preserve">Кабинет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DD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10:30–12:00</w:t>
              <w:br w:type="textWrapping"/>
              <w:t xml:space="preserve">Савремени италијански језик 7</w:t>
              <w:br w:type="textWrapping"/>
              <w:t xml:space="preserve">вјежбе — доц. др Мариа Форнари</w:t>
              <w:br w:type="textWrapping"/>
              <w:t xml:space="preserve">Учионица 3</w:t>
              <w:br w:type="textWrapping"/>
              <w:t xml:space="preserve">12:00–13:30</w:t>
              <w:br w:type="textWrapping"/>
              <w:t xml:space="preserve">Италијанска поезија 20. вијека</w:t>
              <w:br w:type="textWrapping"/>
              <w:t xml:space="preserve">предавања и вјежбе — проф. др Роберто Руси</w:t>
              <w:br w:type="textWrapping"/>
              <w:t xml:space="preserve">Учионица 3</w:t>
              <w:br w:type="textWrapping"/>
              <w:t xml:space="preserve">14:00–15:30</w:t>
              <w:br w:type="textWrapping"/>
              <w:t xml:space="preserve">Превођење 3</w:t>
              <w:br w:type="textWrapping"/>
              <w:t xml:space="preserve">предавања — доц. др Ања Правуљац</w:t>
              <w:br w:type="textWrapping"/>
              <w:t xml:space="preserve">Учионица 1</w:t>
              <w:br w:type="textWrapping"/>
              <w:t xml:space="preserve">15:30–16:15</w:t>
              <w:br w:type="textWrapping"/>
              <w:t xml:space="preserve">Превођење 3</w:t>
              <w:br w:type="textWrapping"/>
              <w:t xml:space="preserve">вјежбе — доц. др Ања Правуљац</w:t>
              <w:br w:type="textWrapping"/>
              <w:t xml:space="preserve">Учионица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DE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DF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09:00–11:15</w:t>
              <w:br w:type="textWrapping"/>
              <w:t xml:space="preserve">Методика наставе италијанског језика 1</w:t>
              <w:br w:type="textWrapping"/>
              <w:t xml:space="preserve">предавања и вјежбе — доц. др Наташа Вученовић Гњато</w:t>
              <w:br w:type="textWrapping"/>
              <w:t xml:space="preserve">Учионица 1</w:t>
              <w:br w:type="textWrapping"/>
              <w:t xml:space="preserve">11:30–13:00</w:t>
              <w:br w:type="textWrapping"/>
              <w:t xml:space="preserve">Савремени италијански језик 7</w:t>
              <w:br w:type="textWrapping"/>
              <w:t xml:space="preserve">предавања — доц. др Мариа Форнари</w:t>
              <w:br w:type="textWrapping"/>
              <w:t xml:space="preserve">Учионица 3</w:t>
              <w:br w:type="textWrapping"/>
              <w:t xml:space="preserve">13:30–15:45</w:t>
              <w:br w:type="textWrapping"/>
              <w:t xml:space="preserve">Увод у академско писање 1</w:t>
              <w:br w:type="textWrapping"/>
              <w:t xml:space="preserve">заједничка настава ИТ/ФР</w:t>
              <w:br w:type="textWrapping"/>
              <w:t xml:space="preserve">предавања и вјежбе — проф. др Стефано Адамо</w:t>
              <w:br w:type="textWrapping"/>
              <w:t xml:space="preserve">Кабинет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E0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E1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2">
      <w:pPr>
        <w:jc w:val="left"/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СТУДИЈСКИ ПРОГРАМ РОМАНИСТИКЕ — IV – ФР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3">
      <w:pPr>
        <w:spacing w:after="100" w:lineRule="auto"/>
        <w:rPr/>
      </w:pPr>
      <w:r w:rsidDel="00000000" w:rsidR="00000000" w:rsidRPr="00000000">
        <w:rPr>
          <w:color w:val="5f5f5f"/>
          <w:sz w:val="17"/>
          <w:szCs w:val="17"/>
          <w:rtl w:val="0"/>
        </w:rPr>
        <w:t xml:space="preserve">Распоред часова у I семестру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26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E4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E5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E6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E7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E8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E9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10:30–12:00</w:t>
              <w:br w:type="textWrapping"/>
              <w:t xml:space="preserve">Аутобиографија у француској књижевности</w:t>
              <w:br w:type="textWrapping"/>
              <w:t xml:space="preserve">предавања — проф. др Радана Лукајић</w:t>
              <w:br w:type="textWrapping"/>
              <w:t xml:space="preserve">Кабинет 2</w:t>
              <w:br w:type="textWrapping"/>
              <w:t xml:space="preserve">12:00–13:30</w:t>
              <w:br w:type="textWrapping"/>
              <w:t xml:space="preserve">Превођење 3</w:t>
              <w:br w:type="textWrapping"/>
              <w:t xml:space="preserve">предавања — проф. др Радана Лукајић</w:t>
              <w:br w:type="textWrapping"/>
              <w:t xml:space="preserve">Кабинет 2</w:t>
              <w:br w:type="textWrapping"/>
              <w:t xml:space="preserve">13:30–15:00</w:t>
              <w:br w:type="textWrapping"/>
              <w:t xml:space="preserve">Савремени француски језик 7</w:t>
              <w:br w:type="textWrapping"/>
              <w:t xml:space="preserve">вјежбе — Николина Ољача, ма</w:t>
              <w:br w:type="textWrapping"/>
              <w:t xml:space="preserve">Кабинет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EA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10:30–12:00</w:t>
              <w:br w:type="textWrapping"/>
              <w:t xml:space="preserve">Савремени италијански језик 7</w:t>
              <w:br w:type="textWrapping"/>
              <w:t xml:space="preserve">вјежбе — доц. др Мариа Форнари</w:t>
              <w:br w:type="textWrapping"/>
              <w:t xml:space="preserve">Учионица 3</w:t>
              <w:br w:type="textWrapping"/>
              <w:t xml:space="preserve">15:00–16:30</w:t>
              <w:br w:type="textWrapping"/>
              <w:t xml:space="preserve">Методика наставе француског језика 1</w:t>
              <w:br w:type="textWrapping"/>
              <w:t xml:space="preserve">предавања — проф. др Јовица Микић</w:t>
              <w:br w:type="textWrapping"/>
              <w:t xml:space="preserve">Кабинет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EB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14:15–15:00</w:t>
              <w:br w:type="textWrapping"/>
              <w:t xml:space="preserve">Методика наставе француског језика 1</w:t>
              <w:br w:type="textWrapping"/>
              <w:t xml:space="preserve">вјежбе — Николина Ољача, ма</w:t>
              <w:br w:type="textWrapping"/>
              <w:t xml:space="preserve">Кабинет 2</w:t>
              <w:br w:type="textWrapping"/>
              <w:t xml:space="preserve">15:00–15:45</w:t>
              <w:br w:type="textWrapping"/>
              <w:t xml:space="preserve">Превођење 3</w:t>
              <w:br w:type="textWrapping"/>
              <w:t xml:space="preserve">вјежбе — Николина Ољача, ма</w:t>
              <w:br w:type="textWrapping"/>
              <w:t xml:space="preserve">Кабинет 2</w:t>
              <w:br w:type="textWrapping"/>
              <w:t xml:space="preserve">15:45–17:15</w:t>
              <w:br w:type="textWrapping"/>
              <w:t xml:space="preserve">Савремени француски језик 7</w:t>
              <w:br w:type="textWrapping"/>
              <w:t xml:space="preserve">вјежбе — Милица Црнобрња, ма</w:t>
              <w:br w:type="textWrapping"/>
              <w:t xml:space="preserve">Кабинет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EC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14:00–15:30</w:t>
              <w:br w:type="textWrapping"/>
              <w:t xml:space="preserve">Савремени француски језик 7</w:t>
              <w:br w:type="textWrapping"/>
              <w:t xml:space="preserve">вјежбе — Весна Марчета, ма</w:t>
              <w:br w:type="textWrapping"/>
              <w:t xml:space="preserve">Кабинет 2</w:t>
              <w:br w:type="textWrapping"/>
              <w:t xml:space="preserve">15:30–17:45</w:t>
              <w:br w:type="textWrapping"/>
              <w:t xml:space="preserve">Увод у академско писање 1</w:t>
              <w:br w:type="textWrapping"/>
              <w:t xml:space="preserve">заједничка настава ИТ/ФР</w:t>
              <w:br w:type="textWrapping"/>
              <w:t xml:space="preserve">предавања и вјежбе — проф. др Стефано Адамо</w:t>
              <w:br w:type="textWrapping"/>
              <w:t xml:space="preserve">Кабинет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2ED">
            <w:pPr>
              <w:spacing w:after="0" w:line="228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1f1f1f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type w:val="continuous"/>
      <w:pgSz w:h="12240" w:w="15840" w:orient="landscape"/>
      <w:pgMar w:bottom="648" w:top="648" w:left="648" w:right="648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F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E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18"/>
        <w:szCs w:val="18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uHfVDBHAj/XI6sah0UNoQpKt0Q==">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